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BB1DC2" w14:textId="7983DD2B" w:rsidR="00CC2EAA" w:rsidRPr="00CC2EAA" w:rsidRDefault="00CC2EAA" w:rsidP="00CC2EAA">
      <w:pPr>
        <w:spacing w:after="0" w:line="240" w:lineRule="auto"/>
        <w:ind w:left="5670"/>
        <w:rPr>
          <w:rFonts w:cs="Times New Roman"/>
          <w:sz w:val="28"/>
          <w:szCs w:val="28"/>
          <w:lang w:val="ky-KG"/>
        </w:rPr>
      </w:pPr>
      <w:r w:rsidRPr="00CC2EAA">
        <w:rPr>
          <w:rFonts w:cs="Times New Roman"/>
          <w:sz w:val="28"/>
          <w:szCs w:val="28"/>
          <w:lang w:val="ky-KG"/>
        </w:rPr>
        <w:t xml:space="preserve">Кыргыз Республикасынын Шайлоо жана референдум өткөрүү боюнча борбордук комиссиясынын 2026-жылдын </w:t>
      </w:r>
      <w:bookmarkStart w:id="0" w:name="_Hlk229412718"/>
      <w:r>
        <w:rPr>
          <w:rFonts w:cs="Times New Roman"/>
          <w:sz w:val="28"/>
          <w:szCs w:val="28"/>
          <w:lang w:val="ky-KG"/>
        </w:rPr>
        <w:t>16</w:t>
      </w:r>
      <w:r w:rsidRPr="00CC2EAA">
        <w:rPr>
          <w:rFonts w:cs="Times New Roman"/>
          <w:sz w:val="28"/>
          <w:szCs w:val="28"/>
          <w:lang w:val="ky-KG"/>
        </w:rPr>
        <w:t>-октябрындагы</w:t>
      </w:r>
      <w:bookmarkEnd w:id="0"/>
      <w:r w:rsidRPr="00CC2EAA">
        <w:rPr>
          <w:rFonts w:cs="Times New Roman"/>
          <w:sz w:val="28"/>
          <w:szCs w:val="28"/>
          <w:lang w:val="ky-KG"/>
        </w:rPr>
        <w:t xml:space="preserve"> № </w:t>
      </w:r>
      <w:r>
        <w:rPr>
          <w:rFonts w:cs="Times New Roman"/>
          <w:sz w:val="28"/>
          <w:szCs w:val="28"/>
          <w:lang w:val="ky-KG"/>
        </w:rPr>
        <w:t>84</w:t>
      </w:r>
      <w:r w:rsidRPr="00CC2EAA">
        <w:rPr>
          <w:rFonts w:cs="Times New Roman"/>
          <w:sz w:val="28"/>
          <w:szCs w:val="28"/>
          <w:lang w:val="ky-KG"/>
        </w:rPr>
        <w:t xml:space="preserve"> </w:t>
      </w:r>
      <w:r>
        <w:rPr>
          <w:rFonts w:cs="Times New Roman"/>
          <w:sz w:val="28"/>
          <w:szCs w:val="28"/>
          <w:lang w:val="ky-KG"/>
        </w:rPr>
        <w:t xml:space="preserve">чечимине </w:t>
      </w:r>
      <w:bookmarkStart w:id="1" w:name="_GoBack"/>
      <w:bookmarkEnd w:id="1"/>
      <w:r w:rsidRPr="00CC2EAA">
        <w:rPr>
          <w:rFonts w:cs="Times New Roman"/>
          <w:sz w:val="28"/>
          <w:szCs w:val="28"/>
          <w:lang w:val="ky-KG"/>
        </w:rPr>
        <w:t>тиркеме</w:t>
      </w:r>
    </w:p>
    <w:p w14:paraId="334D6B55" w14:textId="77777777" w:rsidR="002D0307" w:rsidRPr="00CC2EAA" w:rsidRDefault="002D0307" w:rsidP="00E222E6">
      <w:pPr>
        <w:spacing w:after="0" w:line="240" w:lineRule="auto"/>
        <w:jc w:val="center"/>
        <w:rPr>
          <w:rFonts w:cs="Times New Roman"/>
          <w:b/>
          <w:sz w:val="28"/>
          <w:szCs w:val="28"/>
          <w:lang w:val="ky-KG"/>
        </w:rPr>
      </w:pPr>
    </w:p>
    <w:p w14:paraId="3C1B629D" w14:textId="77777777" w:rsidR="002D0307" w:rsidRPr="00CC2EAA" w:rsidRDefault="002D0307" w:rsidP="00E222E6">
      <w:pPr>
        <w:spacing w:after="0" w:line="240" w:lineRule="auto"/>
        <w:jc w:val="center"/>
        <w:rPr>
          <w:rFonts w:cs="Times New Roman"/>
          <w:b/>
          <w:sz w:val="28"/>
          <w:szCs w:val="28"/>
          <w:lang w:val="ky-KG"/>
        </w:rPr>
      </w:pPr>
    </w:p>
    <w:p w14:paraId="01A2E67F" w14:textId="66878207" w:rsidR="00237B0D" w:rsidRPr="00CC2EAA" w:rsidRDefault="00237B0D" w:rsidP="00E222E6">
      <w:pPr>
        <w:spacing w:after="0" w:line="240" w:lineRule="auto"/>
        <w:jc w:val="center"/>
        <w:rPr>
          <w:rFonts w:cs="Times New Roman"/>
          <w:b/>
          <w:sz w:val="28"/>
          <w:szCs w:val="28"/>
          <w:lang w:val="ky-KG"/>
        </w:rPr>
      </w:pPr>
      <w:r w:rsidRPr="00CC2EAA">
        <w:rPr>
          <w:rFonts w:cs="Times New Roman"/>
          <w:b/>
          <w:sz w:val="28"/>
          <w:szCs w:val="28"/>
          <w:lang w:val="ky-KG"/>
        </w:rPr>
        <w:t>Коомдук байкоо борборунун иш</w:t>
      </w:r>
      <w:r w:rsidR="000F6B92" w:rsidRPr="00CC2EAA">
        <w:rPr>
          <w:rFonts w:cs="Times New Roman"/>
          <w:b/>
          <w:sz w:val="28"/>
          <w:szCs w:val="28"/>
          <w:lang w:val="ky-KG"/>
        </w:rPr>
        <w:t>мердиг</w:t>
      </w:r>
      <w:r w:rsidR="00530D81" w:rsidRPr="00CC2EAA">
        <w:rPr>
          <w:rFonts w:cs="Times New Roman"/>
          <w:b/>
          <w:sz w:val="28"/>
          <w:szCs w:val="28"/>
          <w:lang w:val="ky-KG"/>
        </w:rPr>
        <w:t>ин</w:t>
      </w:r>
      <w:r w:rsidRPr="00CC2EAA">
        <w:rPr>
          <w:rFonts w:cs="Times New Roman"/>
          <w:b/>
          <w:sz w:val="28"/>
          <w:szCs w:val="28"/>
          <w:lang w:val="ky-KG"/>
        </w:rPr>
        <w:t xml:space="preserve"> уюштуруу</w:t>
      </w:r>
    </w:p>
    <w:p w14:paraId="61715839" w14:textId="77777777" w:rsidR="00C47124" w:rsidRPr="00CC2EAA" w:rsidRDefault="00237B0D" w:rsidP="00E222E6">
      <w:pPr>
        <w:spacing w:after="0" w:line="240" w:lineRule="auto"/>
        <w:jc w:val="center"/>
        <w:rPr>
          <w:rFonts w:cs="Times New Roman"/>
          <w:b/>
          <w:sz w:val="28"/>
          <w:szCs w:val="28"/>
          <w:lang w:val="ky-KG"/>
        </w:rPr>
      </w:pPr>
      <w:r w:rsidRPr="00CC2EAA">
        <w:rPr>
          <w:rFonts w:cs="Times New Roman"/>
          <w:b/>
          <w:sz w:val="28"/>
          <w:szCs w:val="28"/>
          <w:lang w:val="ky-KG"/>
        </w:rPr>
        <w:t xml:space="preserve"> ТАРТИБИ</w:t>
      </w:r>
      <w:r w:rsidR="00BD7D6D" w:rsidRPr="00CC2EAA">
        <w:rPr>
          <w:rFonts w:cs="Times New Roman"/>
          <w:b/>
          <w:sz w:val="28"/>
          <w:szCs w:val="28"/>
          <w:lang w:val="ky-KG"/>
        </w:rPr>
        <w:t xml:space="preserve"> </w:t>
      </w:r>
    </w:p>
    <w:p w14:paraId="5452647D" w14:textId="77777777" w:rsidR="00987533" w:rsidRPr="00CC2EAA" w:rsidRDefault="00987533" w:rsidP="00E222E6">
      <w:pPr>
        <w:spacing w:after="0" w:line="240" w:lineRule="auto"/>
        <w:jc w:val="center"/>
        <w:rPr>
          <w:rFonts w:cs="Times New Roman"/>
          <w:sz w:val="28"/>
          <w:szCs w:val="28"/>
          <w:lang w:val="ky-KG"/>
        </w:rPr>
      </w:pPr>
    </w:p>
    <w:p w14:paraId="77E5F649" w14:textId="77777777" w:rsidR="00987533" w:rsidRPr="00CC2EAA" w:rsidRDefault="00237B0D" w:rsidP="00E222E6">
      <w:pPr>
        <w:spacing w:after="0" w:line="240" w:lineRule="auto"/>
        <w:jc w:val="center"/>
        <w:rPr>
          <w:rFonts w:cs="Times New Roman"/>
          <w:b/>
          <w:sz w:val="28"/>
          <w:szCs w:val="28"/>
          <w:lang w:val="ky-KG"/>
        </w:rPr>
      </w:pPr>
      <w:r w:rsidRPr="00CC2EAA">
        <w:rPr>
          <w:rFonts w:cs="Times New Roman"/>
          <w:b/>
          <w:sz w:val="28"/>
          <w:szCs w:val="28"/>
          <w:lang w:val="ky-KG"/>
        </w:rPr>
        <w:t>1. Жалпы жоболор</w:t>
      </w:r>
    </w:p>
    <w:p w14:paraId="4C26376B" w14:textId="77777777" w:rsidR="002D0307" w:rsidRPr="00CC2EAA" w:rsidRDefault="002D0307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</w:p>
    <w:p w14:paraId="7128E919" w14:textId="79401F45" w:rsidR="00237B0D" w:rsidRPr="00CC2EAA" w:rsidRDefault="00237B0D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CC2EAA">
        <w:rPr>
          <w:rFonts w:cs="Times New Roman"/>
          <w:sz w:val="28"/>
          <w:szCs w:val="28"/>
          <w:lang w:val="ky-KG"/>
        </w:rPr>
        <w:t xml:space="preserve">1. </w:t>
      </w:r>
      <w:r w:rsidR="002D0307" w:rsidRPr="00CC2EAA">
        <w:rPr>
          <w:rFonts w:cs="Times New Roman"/>
          <w:sz w:val="28"/>
          <w:szCs w:val="28"/>
          <w:lang w:val="ky-KG"/>
        </w:rPr>
        <w:t>Уш</w:t>
      </w:r>
      <w:r w:rsidRPr="00CC2EAA">
        <w:rPr>
          <w:rFonts w:cs="Times New Roman"/>
          <w:sz w:val="28"/>
          <w:szCs w:val="28"/>
          <w:lang w:val="ky-KG"/>
        </w:rPr>
        <w:t>ул Тартип Коомдук байкоо борборунун (мындан ары – Борбор) иш</w:t>
      </w:r>
      <w:r w:rsidR="000F6B92" w:rsidRPr="00CC2EAA">
        <w:rPr>
          <w:rFonts w:cs="Times New Roman"/>
          <w:sz w:val="28"/>
          <w:szCs w:val="28"/>
          <w:lang w:val="ky-KG"/>
        </w:rPr>
        <w:t>мердиг</w:t>
      </w:r>
      <w:r w:rsidR="00530D81" w:rsidRPr="00CC2EAA">
        <w:rPr>
          <w:rFonts w:cs="Times New Roman"/>
          <w:sz w:val="28"/>
          <w:szCs w:val="28"/>
          <w:lang w:val="ky-KG"/>
        </w:rPr>
        <w:t>ин</w:t>
      </w:r>
      <w:r w:rsidRPr="00CC2EAA">
        <w:rPr>
          <w:rFonts w:cs="Times New Roman"/>
          <w:sz w:val="28"/>
          <w:szCs w:val="28"/>
          <w:lang w:val="ky-KG"/>
        </w:rPr>
        <w:t xml:space="preserve"> уюштуруу</w:t>
      </w:r>
      <w:r w:rsidR="003A1B19" w:rsidRPr="00CC2EAA">
        <w:rPr>
          <w:rFonts w:cs="Times New Roman"/>
          <w:sz w:val="28"/>
          <w:szCs w:val="28"/>
          <w:lang w:val="ky-KG"/>
        </w:rPr>
        <w:t xml:space="preserve"> тартибин</w:t>
      </w:r>
      <w:r w:rsidRPr="00CC2EAA">
        <w:rPr>
          <w:rFonts w:cs="Times New Roman"/>
          <w:sz w:val="28"/>
          <w:szCs w:val="28"/>
          <w:lang w:val="ky-KG"/>
        </w:rPr>
        <w:t xml:space="preserve"> аныктайт.</w:t>
      </w:r>
    </w:p>
    <w:p w14:paraId="49834D22" w14:textId="283B8BFE" w:rsidR="00237B0D" w:rsidRPr="00CC2EAA" w:rsidRDefault="00237B0D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CC2EAA">
        <w:rPr>
          <w:rFonts w:cs="Times New Roman"/>
          <w:sz w:val="28"/>
          <w:szCs w:val="28"/>
          <w:lang w:val="ky-KG"/>
        </w:rPr>
        <w:t xml:space="preserve">2. </w:t>
      </w:r>
      <w:r w:rsidR="00B85649" w:rsidRPr="00CC2EAA">
        <w:rPr>
          <w:rFonts w:cs="Times New Roman"/>
          <w:sz w:val="28"/>
          <w:szCs w:val="28"/>
          <w:lang w:val="ky-KG"/>
        </w:rPr>
        <w:t>Борбор Кыргыз Республикасынын Шайлоо жана референдум өткөрүү боюнча борбордук комиссиясы (мындан ары – Борбордук шайлоо комиссиясы) тарабынан Кыргыз Республикасынын шайлоолорунда жана референдумдарында добуш берүү күнү шайлоо процессинин ачыктыгын жана шайлоо участ</w:t>
      </w:r>
      <w:r w:rsidR="003A1B19" w:rsidRPr="00CC2EAA">
        <w:rPr>
          <w:rFonts w:cs="Times New Roman"/>
          <w:sz w:val="28"/>
          <w:szCs w:val="28"/>
          <w:lang w:val="ky-KG"/>
        </w:rPr>
        <w:t>окторунан</w:t>
      </w:r>
      <w:r w:rsidR="00B85649" w:rsidRPr="00CC2EAA">
        <w:rPr>
          <w:rFonts w:cs="Times New Roman"/>
          <w:sz w:val="28"/>
          <w:szCs w:val="28"/>
          <w:lang w:val="ky-KG"/>
        </w:rPr>
        <w:t xml:space="preserve"> видеокөрсөтүүлөрдү </w:t>
      </w:r>
      <w:r w:rsidR="005D3D8E" w:rsidRPr="00CC2EAA">
        <w:rPr>
          <w:rFonts w:cs="Times New Roman"/>
          <w:sz w:val="28"/>
          <w:szCs w:val="28"/>
          <w:lang w:val="ky-KG"/>
        </w:rPr>
        <w:t xml:space="preserve">реалдуу убакыт режиминде </w:t>
      </w:r>
      <w:r w:rsidR="00B85649" w:rsidRPr="00CC2EAA">
        <w:rPr>
          <w:rFonts w:cs="Times New Roman"/>
          <w:sz w:val="28"/>
          <w:szCs w:val="28"/>
          <w:lang w:val="ky-KG"/>
        </w:rPr>
        <w:t>көрүү мүмкүнчүл</w:t>
      </w:r>
      <w:r w:rsidR="009E0022" w:rsidRPr="00CC2EAA">
        <w:rPr>
          <w:rFonts w:cs="Times New Roman"/>
          <w:sz w:val="28"/>
          <w:szCs w:val="28"/>
          <w:lang w:val="ky-KG"/>
        </w:rPr>
        <w:t>ү</w:t>
      </w:r>
      <w:r w:rsidR="00B85649" w:rsidRPr="00CC2EAA">
        <w:rPr>
          <w:rFonts w:cs="Times New Roman"/>
          <w:sz w:val="28"/>
          <w:szCs w:val="28"/>
          <w:lang w:val="ky-KG"/>
        </w:rPr>
        <w:t xml:space="preserve">гүн камсыздоо максатында уюштурулат.  </w:t>
      </w:r>
    </w:p>
    <w:p w14:paraId="4D32DE4D" w14:textId="08B60322" w:rsidR="00EC7720" w:rsidRPr="00CC2EAA" w:rsidRDefault="00EC7720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CC2EAA">
        <w:rPr>
          <w:rFonts w:cs="Times New Roman"/>
          <w:sz w:val="28"/>
          <w:szCs w:val="28"/>
          <w:lang w:val="ky-KG"/>
        </w:rPr>
        <w:t>3. Борбордо шайлоо участ</w:t>
      </w:r>
      <w:r w:rsidR="004A3833" w:rsidRPr="00CC2EAA">
        <w:rPr>
          <w:rFonts w:cs="Times New Roman"/>
          <w:sz w:val="28"/>
          <w:szCs w:val="28"/>
          <w:lang w:val="ky-KG"/>
        </w:rPr>
        <w:t>окторун</w:t>
      </w:r>
      <w:r w:rsidRPr="00CC2EAA">
        <w:rPr>
          <w:rFonts w:cs="Times New Roman"/>
          <w:sz w:val="28"/>
          <w:szCs w:val="28"/>
          <w:lang w:val="ky-KG"/>
        </w:rPr>
        <w:t xml:space="preserve">ан видеокөрсөтүүлөрдү </w:t>
      </w:r>
      <w:r w:rsidR="005D3D8E" w:rsidRPr="00CC2EAA">
        <w:rPr>
          <w:rFonts w:cs="Times New Roman"/>
          <w:sz w:val="28"/>
          <w:szCs w:val="28"/>
          <w:lang w:val="ky-KG"/>
        </w:rPr>
        <w:t xml:space="preserve">реалдуу убакыт режиминде </w:t>
      </w:r>
      <w:r w:rsidRPr="00CC2EAA">
        <w:rPr>
          <w:rFonts w:cs="Times New Roman"/>
          <w:sz w:val="28"/>
          <w:szCs w:val="28"/>
          <w:lang w:val="ky-KG"/>
        </w:rPr>
        <w:t>көрүү камсыздалат. Экранда бир убакытта 16 шайлоо участо</w:t>
      </w:r>
      <w:r w:rsidR="004A3833" w:rsidRPr="00CC2EAA">
        <w:rPr>
          <w:rFonts w:cs="Times New Roman"/>
          <w:sz w:val="28"/>
          <w:szCs w:val="28"/>
          <w:lang w:val="ky-KG"/>
        </w:rPr>
        <w:t>г</w:t>
      </w:r>
      <w:r w:rsidRPr="00CC2EAA">
        <w:rPr>
          <w:rFonts w:cs="Times New Roman"/>
          <w:sz w:val="28"/>
          <w:szCs w:val="28"/>
          <w:lang w:val="ky-KG"/>
        </w:rPr>
        <w:t xml:space="preserve">унан видеокөрсөтүүлөр </w:t>
      </w:r>
      <w:r w:rsidR="004A3833" w:rsidRPr="00CC2EAA">
        <w:rPr>
          <w:rFonts w:cs="Times New Roman"/>
          <w:sz w:val="28"/>
          <w:szCs w:val="28"/>
          <w:lang w:val="ky-KG"/>
        </w:rPr>
        <w:t xml:space="preserve">мезгил-мезгили </w:t>
      </w:r>
      <w:r w:rsidRPr="00CC2EAA">
        <w:rPr>
          <w:rFonts w:cs="Times New Roman"/>
          <w:sz w:val="28"/>
          <w:szCs w:val="28"/>
          <w:lang w:val="ky-KG"/>
        </w:rPr>
        <w:t>менен алмаштырылып чагылдырылат. Экранда чагылдырылып жаткан видеокөрсөтүү</w:t>
      </w:r>
      <w:r w:rsidR="007931D3" w:rsidRPr="00CC2EAA">
        <w:rPr>
          <w:rFonts w:cs="Times New Roman"/>
          <w:sz w:val="28"/>
          <w:szCs w:val="28"/>
          <w:lang w:val="ky-KG"/>
        </w:rPr>
        <w:t>лөрг</w:t>
      </w:r>
      <w:r w:rsidRPr="00CC2EAA">
        <w:rPr>
          <w:rFonts w:cs="Times New Roman"/>
          <w:sz w:val="28"/>
          <w:szCs w:val="28"/>
          <w:lang w:val="ky-KG"/>
        </w:rPr>
        <w:t>ө карабастан</w:t>
      </w:r>
      <w:r w:rsidR="007931D3" w:rsidRPr="00CC2EAA">
        <w:rPr>
          <w:rFonts w:cs="Times New Roman"/>
          <w:sz w:val="28"/>
          <w:szCs w:val="28"/>
          <w:lang w:val="ky-KG"/>
        </w:rPr>
        <w:t xml:space="preserve">, келүүчүнүн </w:t>
      </w:r>
      <w:r w:rsidR="004A3833" w:rsidRPr="00CC2EAA">
        <w:rPr>
          <w:rFonts w:cs="Times New Roman"/>
          <w:sz w:val="28"/>
          <w:szCs w:val="28"/>
          <w:lang w:val="ky-KG"/>
        </w:rPr>
        <w:t>суроо-талабы</w:t>
      </w:r>
      <w:r w:rsidR="007931D3" w:rsidRPr="00CC2EAA">
        <w:rPr>
          <w:rFonts w:cs="Times New Roman"/>
          <w:sz w:val="28"/>
          <w:szCs w:val="28"/>
          <w:lang w:val="ky-KG"/>
        </w:rPr>
        <w:t xml:space="preserve"> боюнча Кыргыз Республикасынын аймагындагы ка</w:t>
      </w:r>
      <w:r w:rsidR="004A3833" w:rsidRPr="00CC2EAA">
        <w:rPr>
          <w:rFonts w:cs="Times New Roman"/>
          <w:sz w:val="28"/>
          <w:szCs w:val="28"/>
          <w:lang w:val="ky-KG"/>
        </w:rPr>
        <w:t>йсы гана болбосун</w:t>
      </w:r>
      <w:r w:rsidR="007931D3" w:rsidRPr="00CC2EAA">
        <w:rPr>
          <w:rFonts w:cs="Times New Roman"/>
          <w:sz w:val="28"/>
          <w:szCs w:val="28"/>
          <w:lang w:val="ky-KG"/>
        </w:rPr>
        <w:t xml:space="preserve"> шайлоо участ</w:t>
      </w:r>
      <w:r w:rsidR="004A3833" w:rsidRPr="00CC2EAA">
        <w:rPr>
          <w:rFonts w:cs="Times New Roman"/>
          <w:sz w:val="28"/>
          <w:szCs w:val="28"/>
          <w:lang w:val="ky-KG"/>
        </w:rPr>
        <w:t>огуна</w:t>
      </w:r>
      <w:r w:rsidR="007931D3" w:rsidRPr="00CC2EAA">
        <w:rPr>
          <w:rFonts w:cs="Times New Roman"/>
          <w:sz w:val="28"/>
          <w:szCs w:val="28"/>
          <w:lang w:val="ky-KG"/>
        </w:rPr>
        <w:t xml:space="preserve">н видеокөрсөтүүнү </w:t>
      </w:r>
      <w:r w:rsidR="002D0307" w:rsidRPr="00CC2EAA">
        <w:rPr>
          <w:rFonts w:cs="Times New Roman"/>
          <w:sz w:val="28"/>
          <w:szCs w:val="28"/>
          <w:lang w:val="ky-KG"/>
        </w:rPr>
        <w:t>чыгарып</w:t>
      </w:r>
      <w:r w:rsidR="007931D3" w:rsidRPr="00CC2EAA">
        <w:rPr>
          <w:rFonts w:cs="Times New Roman"/>
          <w:sz w:val="28"/>
          <w:szCs w:val="28"/>
          <w:lang w:val="ky-KG"/>
        </w:rPr>
        <w:t xml:space="preserve"> </w:t>
      </w:r>
      <w:r w:rsidR="004A3833" w:rsidRPr="00CC2EAA">
        <w:rPr>
          <w:rFonts w:cs="Times New Roman"/>
          <w:sz w:val="28"/>
          <w:szCs w:val="28"/>
          <w:lang w:val="ky-KG"/>
        </w:rPr>
        <w:t>берүү</w:t>
      </w:r>
      <w:r w:rsidR="007931D3" w:rsidRPr="00CC2EAA">
        <w:rPr>
          <w:rFonts w:cs="Times New Roman"/>
          <w:sz w:val="28"/>
          <w:szCs w:val="28"/>
          <w:lang w:val="ky-KG"/>
        </w:rPr>
        <w:t xml:space="preserve"> </w:t>
      </w:r>
      <w:r w:rsidR="002D0307" w:rsidRPr="00CC2EAA">
        <w:rPr>
          <w:rFonts w:cs="Times New Roman"/>
          <w:sz w:val="28"/>
          <w:szCs w:val="28"/>
          <w:lang w:val="ky-KG"/>
        </w:rPr>
        <w:t>м</w:t>
      </w:r>
      <w:r w:rsidR="009E0022" w:rsidRPr="00CC2EAA">
        <w:rPr>
          <w:rFonts w:cs="Times New Roman"/>
          <w:sz w:val="28"/>
          <w:szCs w:val="28"/>
          <w:lang w:val="ky-KG"/>
        </w:rPr>
        <w:t>ү</w:t>
      </w:r>
      <w:r w:rsidR="002D0307" w:rsidRPr="00CC2EAA">
        <w:rPr>
          <w:rFonts w:cs="Times New Roman"/>
          <w:sz w:val="28"/>
          <w:szCs w:val="28"/>
          <w:lang w:val="ky-KG"/>
        </w:rPr>
        <w:t xml:space="preserve">мкүнчүлүгү </w:t>
      </w:r>
      <w:r w:rsidR="007931D3" w:rsidRPr="00CC2EAA">
        <w:rPr>
          <w:rFonts w:cs="Times New Roman"/>
          <w:sz w:val="28"/>
          <w:szCs w:val="28"/>
          <w:lang w:val="ky-KG"/>
        </w:rPr>
        <w:t xml:space="preserve">камсыздалат. </w:t>
      </w:r>
      <w:r w:rsidRPr="00CC2EAA">
        <w:rPr>
          <w:rFonts w:cs="Times New Roman"/>
          <w:sz w:val="28"/>
          <w:szCs w:val="28"/>
          <w:lang w:val="ky-KG"/>
        </w:rPr>
        <w:t xml:space="preserve">  </w:t>
      </w:r>
    </w:p>
    <w:p w14:paraId="33871EB8" w14:textId="77777777" w:rsidR="007931D3" w:rsidRPr="004C47EC" w:rsidRDefault="007931D3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4.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Ушул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Тартипти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сактаган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учурда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Борборго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келүү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эркин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болуп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саналат</w:t>
      </w:r>
      <w:proofErr w:type="spellEnd"/>
      <w:r w:rsidRPr="004C47EC">
        <w:rPr>
          <w:rFonts w:cs="Times New Roman"/>
          <w:sz w:val="28"/>
          <w:szCs w:val="28"/>
          <w:lang w:val="ru-RU"/>
        </w:rPr>
        <w:t>.</w:t>
      </w:r>
    </w:p>
    <w:p w14:paraId="61B23E27" w14:textId="7C5BCEC1" w:rsidR="007931D3" w:rsidRPr="004C47EC" w:rsidRDefault="007931D3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5.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Борбор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жарандардын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жалпыга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маалымдоо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каражаттарынын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өкүлдөрү</w:t>
      </w:r>
      <w:r w:rsidR="00E84850" w:rsidRPr="004C47EC">
        <w:rPr>
          <w:rFonts w:cs="Times New Roman"/>
          <w:sz w:val="28"/>
          <w:szCs w:val="28"/>
          <w:lang w:val="ru-RU"/>
        </w:rPr>
        <w:t>нүн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, эл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аралык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жана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 башка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байкоочулар</w:t>
      </w:r>
      <w:r w:rsidR="00E84850" w:rsidRPr="004C47EC">
        <w:rPr>
          <w:rFonts w:cs="Times New Roman"/>
          <w:sz w:val="28"/>
          <w:szCs w:val="28"/>
          <w:lang w:val="ru-RU"/>
        </w:rPr>
        <w:t>дын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ошондой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 эле башка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кызыкдар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адамдардын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келүүсү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үчүн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4306A" w:rsidRPr="004C47EC">
        <w:rPr>
          <w:rFonts w:cs="Times New Roman"/>
          <w:sz w:val="28"/>
          <w:szCs w:val="28"/>
          <w:lang w:val="ru-RU"/>
        </w:rPr>
        <w:t>ачык</w:t>
      </w:r>
      <w:proofErr w:type="spellEnd"/>
      <w:r w:rsidR="0084306A" w:rsidRPr="004C47EC">
        <w:rPr>
          <w:rFonts w:cs="Times New Roman"/>
          <w:sz w:val="28"/>
          <w:szCs w:val="28"/>
          <w:lang w:val="ru-RU"/>
        </w:rPr>
        <w:t xml:space="preserve">. </w:t>
      </w:r>
    </w:p>
    <w:p w14:paraId="0E0738AF" w14:textId="7E14E639" w:rsidR="0084306A" w:rsidRPr="004C47EC" w:rsidRDefault="0084306A" w:rsidP="00E222E6">
      <w:pPr>
        <w:spacing w:after="0" w:line="240" w:lineRule="auto"/>
        <w:ind w:firstLine="400"/>
        <w:jc w:val="both"/>
        <w:rPr>
          <w:rFonts w:eastAsia="Times New Roman" w:cs="Times New Roman"/>
          <w:sz w:val="28"/>
          <w:szCs w:val="28"/>
          <w:lang w:val="ky-KG" w:eastAsia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6. </w:t>
      </w:r>
      <w:r w:rsidRPr="004C47EC">
        <w:rPr>
          <w:rFonts w:eastAsia="Times New Roman" w:cs="Times New Roman"/>
          <w:sz w:val="28"/>
          <w:szCs w:val="28"/>
          <w:lang w:val="ky-KG" w:eastAsia="ru-RU"/>
        </w:rPr>
        <w:t xml:space="preserve">Борборго келүү келүүчүнү шайлоо мыйзамында каралган коомдук байкоочунун статусуна ээ кылбайт.  </w:t>
      </w:r>
    </w:p>
    <w:p w14:paraId="4616553C" w14:textId="77777777" w:rsidR="0084306A" w:rsidRPr="004C47EC" w:rsidRDefault="0084306A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</w:p>
    <w:p w14:paraId="61D0B975" w14:textId="77777777" w:rsidR="0084306A" w:rsidRPr="004C47EC" w:rsidRDefault="0084306A" w:rsidP="00E222E6">
      <w:pPr>
        <w:spacing w:after="0" w:line="240" w:lineRule="auto"/>
        <w:jc w:val="center"/>
        <w:rPr>
          <w:rFonts w:cs="Times New Roman"/>
          <w:b/>
          <w:sz w:val="28"/>
          <w:szCs w:val="28"/>
          <w:lang w:val="ky-KG"/>
        </w:rPr>
      </w:pPr>
      <w:r w:rsidRPr="004C47EC">
        <w:rPr>
          <w:rFonts w:cs="Times New Roman"/>
          <w:b/>
          <w:sz w:val="28"/>
          <w:szCs w:val="28"/>
          <w:lang w:val="ky-KG"/>
        </w:rPr>
        <w:t>2. Келүүчүлөрдү каттоо</w:t>
      </w:r>
    </w:p>
    <w:p w14:paraId="1F67B577" w14:textId="77777777" w:rsidR="00987533" w:rsidRPr="004C47EC" w:rsidRDefault="00987533" w:rsidP="00E222E6">
      <w:pPr>
        <w:spacing w:after="0" w:line="240" w:lineRule="auto"/>
        <w:rPr>
          <w:rFonts w:cs="Times New Roman"/>
          <w:sz w:val="28"/>
          <w:szCs w:val="28"/>
          <w:lang w:val="ky-KG"/>
        </w:rPr>
      </w:pPr>
    </w:p>
    <w:p w14:paraId="68A968A6" w14:textId="77777777" w:rsidR="00301712" w:rsidRPr="004C47EC" w:rsidRDefault="00301712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>7. Борбордун келүүчүлөрү жооптуу кызматкерде каттоодон өтүшөт.</w:t>
      </w:r>
    </w:p>
    <w:p w14:paraId="4620A104" w14:textId="03F22C5D" w:rsidR="00301712" w:rsidRPr="004C47EC" w:rsidRDefault="00301712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>8. Каттоо ушул Тартиптин 1-тиркемесине ылайык форма боюнча Келүүчүл</w:t>
      </w:r>
      <w:r w:rsidR="002D0307" w:rsidRPr="004C47EC">
        <w:rPr>
          <w:rFonts w:cs="Times New Roman"/>
          <w:sz w:val="28"/>
          <w:szCs w:val="28"/>
          <w:lang w:val="ky-KG"/>
        </w:rPr>
        <w:t>ө</w:t>
      </w:r>
      <w:r w:rsidRPr="004C47EC">
        <w:rPr>
          <w:rFonts w:cs="Times New Roman"/>
          <w:sz w:val="28"/>
          <w:szCs w:val="28"/>
          <w:lang w:val="ky-KG"/>
        </w:rPr>
        <w:t>рдү каттоо журналында жү</w:t>
      </w:r>
      <w:r w:rsidR="00714E4F" w:rsidRPr="004C47EC">
        <w:rPr>
          <w:rFonts w:cs="Times New Roman"/>
          <w:sz w:val="28"/>
          <w:szCs w:val="28"/>
          <w:lang w:val="ky-KG"/>
        </w:rPr>
        <w:t>зөгө ашырылат</w:t>
      </w:r>
      <w:r w:rsidRPr="004C47EC">
        <w:rPr>
          <w:rFonts w:cs="Times New Roman"/>
          <w:sz w:val="28"/>
          <w:szCs w:val="28"/>
          <w:lang w:val="ky-KG"/>
        </w:rPr>
        <w:t>.</w:t>
      </w:r>
    </w:p>
    <w:p w14:paraId="6CCDE1D4" w14:textId="7D2B6038" w:rsidR="00301712" w:rsidRPr="004C47EC" w:rsidRDefault="00301712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 xml:space="preserve">9. Каттоо журналында келгендердин </w:t>
      </w:r>
      <w:r w:rsidR="00E222E6" w:rsidRPr="004C47EC">
        <w:rPr>
          <w:rFonts w:cs="Times New Roman"/>
          <w:sz w:val="28"/>
          <w:szCs w:val="28"/>
          <w:lang w:val="ky-KG"/>
        </w:rPr>
        <w:t>аты-жөнү</w:t>
      </w:r>
      <w:r w:rsidRPr="004C47EC">
        <w:rPr>
          <w:rFonts w:cs="Times New Roman"/>
          <w:sz w:val="28"/>
          <w:szCs w:val="28"/>
          <w:lang w:val="ky-KG"/>
        </w:rPr>
        <w:t xml:space="preserve">, келген </w:t>
      </w:r>
      <w:r w:rsidR="00714E4F" w:rsidRPr="004C47EC">
        <w:rPr>
          <w:rFonts w:cs="Times New Roman"/>
          <w:sz w:val="28"/>
          <w:szCs w:val="28"/>
          <w:lang w:val="ky-KG"/>
        </w:rPr>
        <w:t xml:space="preserve">датасы </w:t>
      </w:r>
      <w:r w:rsidRPr="004C47EC">
        <w:rPr>
          <w:rFonts w:cs="Times New Roman"/>
          <w:sz w:val="28"/>
          <w:szCs w:val="28"/>
          <w:lang w:val="ky-KG"/>
        </w:rPr>
        <w:t xml:space="preserve">жана </w:t>
      </w:r>
      <w:r w:rsidR="002D0307" w:rsidRPr="004C47EC">
        <w:rPr>
          <w:rFonts w:cs="Times New Roman"/>
          <w:sz w:val="28"/>
          <w:szCs w:val="28"/>
          <w:lang w:val="ky-KG"/>
        </w:rPr>
        <w:t>убактысы</w:t>
      </w:r>
      <w:r w:rsidRPr="004C47EC">
        <w:rPr>
          <w:rFonts w:cs="Times New Roman"/>
          <w:sz w:val="28"/>
          <w:szCs w:val="28"/>
          <w:lang w:val="ky-KG"/>
        </w:rPr>
        <w:t xml:space="preserve"> көрсөтүлөт.</w:t>
      </w:r>
    </w:p>
    <w:p w14:paraId="315D77E1" w14:textId="77A4D60E" w:rsidR="00301712" w:rsidRPr="004C47EC" w:rsidRDefault="00301712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lastRenderedPageBreak/>
        <w:t>10. Каттоо учурунда келүүчүгө Борбордун иш</w:t>
      </w:r>
      <w:r w:rsidR="00714E4F" w:rsidRPr="004C47EC">
        <w:rPr>
          <w:rFonts w:cs="Times New Roman"/>
          <w:sz w:val="28"/>
          <w:szCs w:val="28"/>
          <w:lang w:val="ky-KG"/>
        </w:rPr>
        <w:t xml:space="preserve"> </w:t>
      </w:r>
      <w:r w:rsidRPr="004C47EC">
        <w:rPr>
          <w:rFonts w:cs="Times New Roman"/>
          <w:sz w:val="28"/>
          <w:szCs w:val="28"/>
          <w:lang w:val="ky-KG"/>
        </w:rPr>
        <w:t>тартиби жана өзүн алып жүрүүнүн негизги эрежелери түшүндүрүлөт.</w:t>
      </w:r>
    </w:p>
    <w:p w14:paraId="69CCC1EF" w14:textId="33A40FEE" w:rsidR="00301712" w:rsidRPr="004C47EC" w:rsidRDefault="00301712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 xml:space="preserve">11. Каттоодон кийин келүүчүгө </w:t>
      </w:r>
      <w:r w:rsidR="00580412" w:rsidRPr="004C47EC">
        <w:rPr>
          <w:rFonts w:cs="Times New Roman"/>
          <w:sz w:val="28"/>
          <w:szCs w:val="28"/>
          <w:lang w:val="ky-KG"/>
        </w:rPr>
        <w:t xml:space="preserve">убактылуу </w:t>
      </w:r>
      <w:r w:rsidR="00714E4F" w:rsidRPr="004C47EC">
        <w:rPr>
          <w:rFonts w:cs="Times New Roman"/>
          <w:sz w:val="28"/>
          <w:szCs w:val="28"/>
          <w:lang w:val="ky-KG"/>
        </w:rPr>
        <w:t xml:space="preserve">идентификациялык </w:t>
      </w:r>
      <w:r w:rsidRPr="004C47EC">
        <w:rPr>
          <w:rFonts w:cs="Times New Roman"/>
          <w:sz w:val="28"/>
          <w:szCs w:val="28"/>
          <w:lang w:val="ky-KG"/>
        </w:rPr>
        <w:t xml:space="preserve">бейдж берилет. Бейдж Борбордук шайлоо комиссиясынын </w:t>
      </w:r>
      <w:r w:rsidR="00580412" w:rsidRPr="004C47EC">
        <w:rPr>
          <w:rFonts w:cs="Times New Roman"/>
          <w:sz w:val="28"/>
          <w:szCs w:val="28"/>
          <w:lang w:val="ky-KG"/>
        </w:rPr>
        <w:t xml:space="preserve">байланыш маалыматына жана ушул Тартипке шилтемеси бар QR-кодду камтыйт. </w:t>
      </w:r>
      <w:r w:rsidRPr="004C47EC">
        <w:rPr>
          <w:rFonts w:cs="Times New Roman"/>
          <w:sz w:val="28"/>
          <w:szCs w:val="28"/>
          <w:lang w:val="ky-KG"/>
        </w:rPr>
        <w:t xml:space="preserve"> </w:t>
      </w:r>
    </w:p>
    <w:p w14:paraId="6F38EDCD" w14:textId="5652D8D7" w:rsidR="00580412" w:rsidRPr="004C47EC" w:rsidRDefault="00580412" w:rsidP="00E222E6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val="ky-KG" w:eastAsia="ru-RU"/>
        </w:rPr>
      </w:pPr>
      <w:r w:rsidRPr="004C47EC">
        <w:rPr>
          <w:rFonts w:cs="Times New Roman"/>
          <w:sz w:val="28"/>
          <w:szCs w:val="28"/>
          <w:lang w:val="ky-KG"/>
        </w:rPr>
        <w:t xml:space="preserve">12. </w:t>
      </w:r>
      <w:r w:rsidRPr="004C47EC">
        <w:rPr>
          <w:rFonts w:eastAsia="Times New Roman" w:cs="Times New Roman"/>
          <w:sz w:val="28"/>
          <w:szCs w:val="28"/>
          <w:lang w:val="ky-KG" w:eastAsia="ru-RU"/>
        </w:rPr>
        <w:t xml:space="preserve">Борбордон чыгып жатканда келүүчү берилген бейджди жооптуу кызматкерге </w:t>
      </w:r>
      <w:r w:rsidR="00714E4F" w:rsidRPr="004C47EC">
        <w:rPr>
          <w:rFonts w:eastAsia="Times New Roman" w:cs="Times New Roman"/>
          <w:sz w:val="28"/>
          <w:szCs w:val="28"/>
          <w:lang w:val="ky-KG" w:eastAsia="ru-RU"/>
        </w:rPr>
        <w:t xml:space="preserve">кайра </w:t>
      </w:r>
      <w:r w:rsidRPr="004C47EC">
        <w:rPr>
          <w:rFonts w:eastAsia="Times New Roman" w:cs="Times New Roman"/>
          <w:sz w:val="28"/>
          <w:szCs w:val="28"/>
          <w:lang w:val="ky-KG" w:eastAsia="ru-RU"/>
        </w:rPr>
        <w:t>кайтарат.</w:t>
      </w:r>
    </w:p>
    <w:p w14:paraId="7803F572" w14:textId="77777777" w:rsidR="004C47EC" w:rsidRDefault="004C47EC" w:rsidP="00E222E6">
      <w:pPr>
        <w:spacing w:after="0" w:line="240" w:lineRule="auto"/>
        <w:ind w:firstLine="400"/>
        <w:jc w:val="center"/>
        <w:rPr>
          <w:rFonts w:cs="Times New Roman"/>
          <w:b/>
          <w:sz w:val="28"/>
          <w:szCs w:val="28"/>
          <w:lang w:val="ky-KG"/>
        </w:rPr>
      </w:pPr>
    </w:p>
    <w:p w14:paraId="7607B49A" w14:textId="629E8FEA" w:rsidR="00580412" w:rsidRPr="004C47EC" w:rsidRDefault="00580412" w:rsidP="00E222E6">
      <w:pPr>
        <w:spacing w:after="0" w:line="240" w:lineRule="auto"/>
        <w:ind w:firstLine="400"/>
        <w:jc w:val="center"/>
        <w:rPr>
          <w:rFonts w:cs="Times New Roman"/>
          <w:b/>
          <w:sz w:val="28"/>
          <w:szCs w:val="28"/>
          <w:lang w:val="ky-KG"/>
        </w:rPr>
      </w:pPr>
      <w:r w:rsidRPr="004C47EC">
        <w:rPr>
          <w:rFonts w:cs="Times New Roman"/>
          <w:b/>
          <w:sz w:val="28"/>
          <w:szCs w:val="28"/>
          <w:lang w:val="ky-KG"/>
        </w:rPr>
        <w:t>3. Келүүчүлөрдүн өзүн алып жүрүү эрежеси</w:t>
      </w:r>
    </w:p>
    <w:p w14:paraId="20A85DC6" w14:textId="77777777" w:rsidR="006C48C9" w:rsidRPr="004C47EC" w:rsidRDefault="006C48C9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</w:p>
    <w:p w14:paraId="76224912" w14:textId="167E3B8A" w:rsidR="00580412" w:rsidRPr="004C47EC" w:rsidRDefault="00580412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>13.</w:t>
      </w:r>
      <w:r w:rsidR="00267F6D" w:rsidRPr="004C47EC">
        <w:rPr>
          <w:rFonts w:cs="Times New Roman"/>
          <w:sz w:val="28"/>
          <w:szCs w:val="28"/>
          <w:lang w:val="ky-KG"/>
        </w:rPr>
        <w:t xml:space="preserve"> Борборго келүүчү:</w:t>
      </w:r>
    </w:p>
    <w:p w14:paraId="1C5A3712" w14:textId="77777777" w:rsidR="00267F6D" w:rsidRPr="004C47EC" w:rsidRDefault="00267F6D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>- ушул Тартипти сактоого;</w:t>
      </w:r>
    </w:p>
    <w:p w14:paraId="4BFF6702" w14:textId="23899228" w:rsidR="00267F6D" w:rsidRPr="004C47EC" w:rsidRDefault="00267F6D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>-</w:t>
      </w:r>
      <w:r w:rsidR="00C96F0A" w:rsidRPr="004C47EC">
        <w:rPr>
          <w:rFonts w:cs="Times New Roman"/>
          <w:sz w:val="28"/>
          <w:szCs w:val="28"/>
          <w:lang w:val="ky-KG"/>
        </w:rPr>
        <w:t xml:space="preserve"> </w:t>
      </w:r>
      <w:r w:rsidRPr="004C47EC">
        <w:rPr>
          <w:rFonts w:cs="Times New Roman"/>
          <w:sz w:val="28"/>
          <w:szCs w:val="28"/>
          <w:lang w:val="ky-KG"/>
        </w:rPr>
        <w:t xml:space="preserve">Борбордун </w:t>
      </w:r>
      <w:r w:rsidR="002D6FA7" w:rsidRPr="004C47EC">
        <w:rPr>
          <w:rFonts w:cs="Times New Roman"/>
          <w:sz w:val="28"/>
          <w:szCs w:val="28"/>
          <w:lang w:val="ky-KG"/>
        </w:rPr>
        <w:t>жумушчуларынын</w:t>
      </w:r>
      <w:r w:rsidRPr="004C47EC">
        <w:rPr>
          <w:rFonts w:cs="Times New Roman"/>
          <w:sz w:val="28"/>
          <w:szCs w:val="28"/>
          <w:lang w:val="ky-KG"/>
        </w:rPr>
        <w:t xml:space="preserve"> жана укук коргоо органдарынын кызматкерлеринин мыйзамдуу талаптарын аткарууга;</w:t>
      </w:r>
    </w:p>
    <w:p w14:paraId="201F9DC8" w14:textId="77777777" w:rsidR="00267F6D" w:rsidRPr="004C47EC" w:rsidRDefault="00267F6D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>- коомдук тартипти сактоого;</w:t>
      </w:r>
    </w:p>
    <w:p w14:paraId="77F4C444" w14:textId="6F3E2395" w:rsidR="00267F6D" w:rsidRPr="004C47EC" w:rsidRDefault="00267F6D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 xml:space="preserve">- </w:t>
      </w:r>
      <w:r w:rsidR="002D6FA7" w:rsidRPr="004C47EC">
        <w:rPr>
          <w:rFonts w:cs="Times New Roman"/>
          <w:sz w:val="28"/>
          <w:szCs w:val="28"/>
          <w:lang w:val="ky-KG"/>
        </w:rPr>
        <w:t xml:space="preserve">байкоо жүргүзүүдө </w:t>
      </w:r>
      <w:r w:rsidRPr="004C47EC">
        <w:rPr>
          <w:rFonts w:cs="Times New Roman"/>
          <w:sz w:val="28"/>
          <w:szCs w:val="28"/>
          <w:lang w:val="ky-KG"/>
        </w:rPr>
        <w:t>башка келүүчүлөргө тоскоолдук кылбоого</w:t>
      </w:r>
      <w:r w:rsidR="002D6FA7" w:rsidRPr="004C47EC">
        <w:rPr>
          <w:rFonts w:cs="Times New Roman"/>
          <w:sz w:val="28"/>
          <w:szCs w:val="28"/>
          <w:lang w:val="ky-KG"/>
        </w:rPr>
        <w:t xml:space="preserve"> милдеттүү</w:t>
      </w:r>
      <w:r w:rsidRPr="004C47EC">
        <w:rPr>
          <w:rFonts w:cs="Times New Roman"/>
          <w:sz w:val="28"/>
          <w:szCs w:val="28"/>
          <w:lang w:val="ky-KG"/>
        </w:rPr>
        <w:t>.</w:t>
      </w:r>
    </w:p>
    <w:p w14:paraId="041A50E7" w14:textId="3A25D315" w:rsidR="00267F6D" w:rsidRPr="004C47EC" w:rsidRDefault="00267F6D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>14. Борбордо:</w:t>
      </w:r>
    </w:p>
    <w:p w14:paraId="009E6C7D" w14:textId="0B09B13A" w:rsidR="00267F6D" w:rsidRPr="004C47EC" w:rsidRDefault="00267F6D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>- үгүт</w:t>
      </w:r>
      <w:r w:rsidR="002D6FA7" w:rsidRPr="004C47EC">
        <w:rPr>
          <w:rFonts w:cs="Times New Roman"/>
          <w:sz w:val="28"/>
          <w:szCs w:val="28"/>
          <w:lang w:val="ky-KG"/>
        </w:rPr>
        <w:t xml:space="preserve"> жүргүзүүгө</w:t>
      </w:r>
      <w:r w:rsidRPr="004C47EC">
        <w:rPr>
          <w:rFonts w:cs="Times New Roman"/>
          <w:sz w:val="28"/>
          <w:szCs w:val="28"/>
          <w:lang w:val="ky-KG"/>
        </w:rPr>
        <w:t>;</w:t>
      </w:r>
    </w:p>
    <w:p w14:paraId="58B49E39" w14:textId="2DD04BF5" w:rsidR="00267F6D" w:rsidRPr="004C47EC" w:rsidRDefault="00267F6D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 xml:space="preserve">- Борбордун ишине, анын ичинде жабдуулардын </w:t>
      </w:r>
      <w:r w:rsidR="002D6FA7" w:rsidRPr="004C47EC">
        <w:rPr>
          <w:rFonts w:cs="Times New Roman"/>
          <w:sz w:val="28"/>
          <w:szCs w:val="28"/>
          <w:lang w:val="ky-KG"/>
        </w:rPr>
        <w:t xml:space="preserve">жана </w:t>
      </w:r>
      <w:r w:rsidRPr="004C47EC">
        <w:rPr>
          <w:rFonts w:cs="Times New Roman"/>
          <w:sz w:val="28"/>
          <w:szCs w:val="28"/>
          <w:lang w:val="ky-KG"/>
        </w:rPr>
        <w:t>видеок</w:t>
      </w:r>
      <w:r w:rsidR="002D669B" w:rsidRPr="004C47EC">
        <w:rPr>
          <w:rFonts w:cs="Times New Roman"/>
          <w:sz w:val="28"/>
          <w:szCs w:val="28"/>
          <w:lang w:val="ky-KG"/>
        </w:rPr>
        <w:t>ө</w:t>
      </w:r>
      <w:r w:rsidRPr="004C47EC">
        <w:rPr>
          <w:rFonts w:cs="Times New Roman"/>
          <w:sz w:val="28"/>
          <w:szCs w:val="28"/>
          <w:lang w:val="ky-KG"/>
        </w:rPr>
        <w:t>рс</w:t>
      </w:r>
      <w:r w:rsidR="002D669B" w:rsidRPr="004C47EC">
        <w:rPr>
          <w:rFonts w:cs="Times New Roman"/>
          <w:sz w:val="28"/>
          <w:szCs w:val="28"/>
          <w:lang w:val="ky-KG"/>
        </w:rPr>
        <w:t>ө</w:t>
      </w:r>
      <w:r w:rsidRPr="004C47EC">
        <w:rPr>
          <w:rFonts w:cs="Times New Roman"/>
          <w:sz w:val="28"/>
          <w:szCs w:val="28"/>
          <w:lang w:val="ky-KG"/>
        </w:rPr>
        <w:t>түүлөрдү башкаруу каражаттарынын</w:t>
      </w:r>
      <w:r w:rsidR="002D669B" w:rsidRPr="004C47EC">
        <w:rPr>
          <w:rFonts w:cs="Times New Roman"/>
          <w:sz w:val="28"/>
          <w:szCs w:val="28"/>
          <w:lang w:val="ky-KG"/>
        </w:rPr>
        <w:t xml:space="preserve"> ишт</w:t>
      </w:r>
      <w:r w:rsidR="002D6FA7" w:rsidRPr="004C47EC">
        <w:rPr>
          <w:rFonts w:cs="Times New Roman"/>
          <w:sz w:val="28"/>
          <w:szCs w:val="28"/>
          <w:lang w:val="ky-KG"/>
        </w:rPr>
        <w:t>ешине</w:t>
      </w:r>
      <w:r w:rsidR="002D669B" w:rsidRPr="004C47EC">
        <w:rPr>
          <w:rFonts w:cs="Times New Roman"/>
          <w:sz w:val="28"/>
          <w:szCs w:val="28"/>
          <w:lang w:val="ky-KG"/>
        </w:rPr>
        <w:t xml:space="preserve"> кийлигишүүгө;</w:t>
      </w:r>
    </w:p>
    <w:p w14:paraId="2426CDFF" w14:textId="77777777" w:rsidR="002D669B" w:rsidRPr="004C47EC" w:rsidRDefault="002D669B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ky-KG"/>
        </w:rPr>
      </w:pPr>
      <w:r w:rsidRPr="004C47EC">
        <w:rPr>
          <w:rFonts w:cs="Times New Roman"/>
          <w:sz w:val="28"/>
          <w:szCs w:val="28"/>
          <w:lang w:val="ky-KG"/>
        </w:rPr>
        <w:t>- коомдук тартипти бузуучу, Борбордун ишине же башка келүүчүлөрдүн байкоо жүргүзүүсүнө тоскоолдук жаратуучу аракеттерди жасоого;</w:t>
      </w:r>
    </w:p>
    <w:p w14:paraId="7FB9740B" w14:textId="318A28DE" w:rsidR="002D669B" w:rsidRPr="004C47EC" w:rsidRDefault="002D669B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-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алкоголдук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2D6FA7" w:rsidRPr="004C47EC">
        <w:rPr>
          <w:rFonts w:cs="Times New Roman"/>
          <w:sz w:val="28"/>
          <w:szCs w:val="28"/>
          <w:lang w:val="ru-RU"/>
        </w:rPr>
        <w:t>маңзаттык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же башка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мас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абалында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болууга</w:t>
      </w:r>
      <w:proofErr w:type="spellEnd"/>
      <w:r w:rsidRPr="004C47EC">
        <w:rPr>
          <w:rFonts w:cs="Times New Roman"/>
          <w:sz w:val="28"/>
          <w:szCs w:val="28"/>
          <w:lang w:val="ru-RU"/>
        </w:rPr>
        <w:t>;</w:t>
      </w:r>
    </w:p>
    <w:p w14:paraId="08A5C3FC" w14:textId="5229423D" w:rsidR="002D669B" w:rsidRPr="004C47EC" w:rsidRDefault="002D669B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-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жарандардын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өмүрүнө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C96F0A" w:rsidRPr="004C47EC">
        <w:rPr>
          <w:rFonts w:cs="Times New Roman"/>
          <w:sz w:val="28"/>
          <w:szCs w:val="28"/>
          <w:lang w:val="ru-RU"/>
        </w:rPr>
        <w:t>ден</w:t>
      </w:r>
      <w:proofErr w:type="spellEnd"/>
      <w:r w:rsidR="00C96F0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96F0A" w:rsidRPr="004C47EC">
        <w:rPr>
          <w:rFonts w:cs="Times New Roman"/>
          <w:sz w:val="28"/>
          <w:szCs w:val="28"/>
          <w:lang w:val="ru-RU"/>
        </w:rPr>
        <w:t>соолугуна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же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коопсуздугуна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коркунуч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2D6FA7" w:rsidRPr="004C47EC">
        <w:rPr>
          <w:rFonts w:cs="Times New Roman"/>
          <w:sz w:val="28"/>
          <w:szCs w:val="28"/>
          <w:lang w:val="ru-RU"/>
        </w:rPr>
        <w:t>жаратуучу</w:t>
      </w:r>
      <w:proofErr w:type="spellEnd"/>
      <w:r w:rsidR="002D6FA7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аракеттерди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жасоого</w:t>
      </w:r>
      <w:proofErr w:type="spellEnd"/>
      <w:r w:rsidR="002D6FA7" w:rsidRPr="004C47EC">
        <w:rPr>
          <w:rFonts w:cs="Times New Roman"/>
          <w:sz w:val="28"/>
          <w:szCs w:val="28"/>
          <w:lang w:val="ky-KG"/>
        </w:rPr>
        <w:t xml:space="preserve"> жол берилбейт</w:t>
      </w:r>
      <w:r w:rsidRPr="004C47EC">
        <w:rPr>
          <w:rFonts w:cs="Times New Roman"/>
          <w:sz w:val="28"/>
          <w:szCs w:val="28"/>
          <w:lang w:val="ru-RU"/>
        </w:rPr>
        <w:t>.</w:t>
      </w:r>
    </w:p>
    <w:p w14:paraId="5A5C42EF" w14:textId="77777777" w:rsidR="002D669B" w:rsidRPr="004C47EC" w:rsidRDefault="002D669B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15.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Ушул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Тартипти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бузган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учурда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келүүчүгө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эскертүү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жасалышы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мүмкүн</w:t>
      </w:r>
      <w:proofErr w:type="spellEnd"/>
      <w:r w:rsidRPr="004C47EC">
        <w:rPr>
          <w:rFonts w:cs="Times New Roman"/>
          <w:sz w:val="28"/>
          <w:szCs w:val="28"/>
          <w:lang w:val="ru-RU"/>
        </w:rPr>
        <w:t>.</w:t>
      </w:r>
    </w:p>
    <w:p w14:paraId="2080A0FE" w14:textId="70277AF9" w:rsidR="006C48C9" w:rsidRPr="004C47EC" w:rsidRDefault="002D669B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16.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Ушул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Тартипти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кайталап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бузган</w:t>
      </w:r>
      <w:r w:rsidR="002D6FA7" w:rsidRPr="004C47EC">
        <w:rPr>
          <w:rFonts w:cs="Times New Roman"/>
          <w:sz w:val="28"/>
          <w:szCs w:val="28"/>
          <w:lang w:val="ru-RU"/>
        </w:rPr>
        <w:t>да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же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Борбордун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иш</w:t>
      </w:r>
      <w:r w:rsidR="002D6FA7" w:rsidRPr="004C47EC">
        <w:rPr>
          <w:rFonts w:cs="Times New Roman"/>
          <w:sz w:val="28"/>
          <w:szCs w:val="28"/>
          <w:lang w:val="ru-RU"/>
        </w:rPr>
        <w:t>ине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тоскоолдук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кылуучу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же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жарандардын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коопсуздугуна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16EBC" w:rsidRPr="004C47EC">
        <w:rPr>
          <w:rFonts w:cs="Times New Roman"/>
          <w:sz w:val="28"/>
          <w:szCs w:val="28"/>
          <w:lang w:val="ru-RU"/>
        </w:rPr>
        <w:t>коркунуч</w:t>
      </w:r>
      <w:proofErr w:type="spellEnd"/>
      <w:r w:rsidR="00816EBC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16EBC" w:rsidRPr="004C47EC">
        <w:rPr>
          <w:rFonts w:cs="Times New Roman"/>
          <w:sz w:val="28"/>
          <w:szCs w:val="28"/>
          <w:lang w:val="ru-RU"/>
        </w:rPr>
        <w:t>жаратуучу</w:t>
      </w:r>
      <w:proofErr w:type="spellEnd"/>
      <w:r w:rsidR="00816EBC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16EBC" w:rsidRPr="004C47EC">
        <w:rPr>
          <w:rFonts w:cs="Times New Roman"/>
          <w:sz w:val="28"/>
          <w:szCs w:val="28"/>
          <w:lang w:val="ru-RU"/>
        </w:rPr>
        <w:t>аракеттерди</w:t>
      </w:r>
      <w:proofErr w:type="spellEnd"/>
      <w:r w:rsidR="00816EBC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16EBC" w:rsidRPr="004C47EC">
        <w:rPr>
          <w:rFonts w:cs="Times New Roman"/>
          <w:sz w:val="28"/>
          <w:szCs w:val="28"/>
          <w:lang w:val="ru-RU"/>
        </w:rPr>
        <w:t>жасаганда</w:t>
      </w:r>
      <w:proofErr w:type="spellEnd"/>
      <w:r w:rsidR="00816EBC"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816EBC" w:rsidRPr="004C47EC">
        <w:rPr>
          <w:rFonts w:cs="Times New Roman"/>
          <w:sz w:val="28"/>
          <w:szCs w:val="28"/>
          <w:lang w:val="ru-RU"/>
        </w:rPr>
        <w:t>келүүчүгө</w:t>
      </w:r>
      <w:proofErr w:type="spellEnd"/>
      <w:r w:rsidR="00816EBC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16EBC" w:rsidRPr="004C47EC">
        <w:rPr>
          <w:rFonts w:cs="Times New Roman"/>
          <w:sz w:val="28"/>
          <w:szCs w:val="28"/>
          <w:lang w:val="ru-RU"/>
        </w:rPr>
        <w:t>Борбордон</w:t>
      </w:r>
      <w:proofErr w:type="spellEnd"/>
      <w:r w:rsidR="00816EBC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2F3DDA" w:rsidRPr="004C47EC">
        <w:rPr>
          <w:rFonts w:cs="Times New Roman"/>
          <w:sz w:val="28"/>
          <w:szCs w:val="28"/>
          <w:lang w:val="ru-RU"/>
        </w:rPr>
        <w:t>чыгып</w:t>
      </w:r>
      <w:proofErr w:type="spellEnd"/>
      <w:r w:rsidR="002F3DD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16EBC" w:rsidRPr="004C47EC">
        <w:rPr>
          <w:rFonts w:cs="Times New Roman"/>
          <w:sz w:val="28"/>
          <w:szCs w:val="28"/>
          <w:lang w:val="ru-RU"/>
        </w:rPr>
        <w:t>кетүү</w:t>
      </w:r>
      <w:proofErr w:type="spellEnd"/>
      <w:r w:rsidR="00816EBC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16EBC" w:rsidRPr="004C47EC">
        <w:rPr>
          <w:rFonts w:cs="Times New Roman"/>
          <w:sz w:val="28"/>
          <w:szCs w:val="28"/>
          <w:lang w:val="ru-RU"/>
        </w:rPr>
        <w:t>сунушталышы</w:t>
      </w:r>
      <w:proofErr w:type="spellEnd"/>
      <w:r w:rsidR="00816EBC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816EBC" w:rsidRPr="004C47EC">
        <w:rPr>
          <w:rFonts w:cs="Times New Roman"/>
          <w:sz w:val="28"/>
          <w:szCs w:val="28"/>
          <w:lang w:val="ru-RU"/>
        </w:rPr>
        <w:t>мүмкүн</w:t>
      </w:r>
      <w:proofErr w:type="spellEnd"/>
      <w:r w:rsidR="00816EBC" w:rsidRPr="004C47EC">
        <w:rPr>
          <w:rFonts w:cs="Times New Roman"/>
          <w:sz w:val="28"/>
          <w:szCs w:val="28"/>
          <w:lang w:val="ru-RU"/>
        </w:rPr>
        <w:t>.</w:t>
      </w:r>
      <w:r w:rsidRPr="004C47EC">
        <w:rPr>
          <w:rFonts w:cs="Times New Roman"/>
          <w:sz w:val="28"/>
          <w:szCs w:val="28"/>
          <w:lang w:val="ru-RU"/>
        </w:rPr>
        <w:t xml:space="preserve"> </w:t>
      </w:r>
      <w:r w:rsidR="006C48C9" w:rsidRPr="004C47EC">
        <w:rPr>
          <w:rFonts w:cs="Times New Roman"/>
          <w:sz w:val="28"/>
          <w:szCs w:val="28"/>
          <w:lang w:val="ru-RU"/>
        </w:rPr>
        <w:t xml:space="preserve"> </w:t>
      </w:r>
    </w:p>
    <w:p w14:paraId="01AD05C5" w14:textId="4931D74B" w:rsidR="00816EBC" w:rsidRPr="004C47EC" w:rsidRDefault="00816EBC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17.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Борбордон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2F3DDA" w:rsidRPr="004C47EC">
        <w:rPr>
          <w:rFonts w:cs="Times New Roman"/>
          <w:sz w:val="28"/>
          <w:szCs w:val="28"/>
          <w:lang w:val="ru-RU"/>
        </w:rPr>
        <w:t>чыгып</w:t>
      </w:r>
      <w:proofErr w:type="spellEnd"/>
      <w:r w:rsidR="002F3DD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кетүү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тала</w:t>
      </w:r>
      <w:r w:rsidR="002F3DDA" w:rsidRPr="004C47EC">
        <w:rPr>
          <w:rFonts w:cs="Times New Roman"/>
          <w:sz w:val="28"/>
          <w:szCs w:val="28"/>
          <w:lang w:val="ru-RU"/>
        </w:rPr>
        <w:t>бы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аткар</w:t>
      </w:r>
      <w:r w:rsidR="002F3DDA" w:rsidRPr="004C47EC">
        <w:rPr>
          <w:rFonts w:cs="Times New Roman"/>
          <w:sz w:val="28"/>
          <w:szCs w:val="28"/>
          <w:lang w:val="ru-RU"/>
        </w:rPr>
        <w:t>ыл</w:t>
      </w:r>
      <w:r w:rsidRPr="004C47EC">
        <w:rPr>
          <w:rFonts w:cs="Times New Roman"/>
          <w:sz w:val="28"/>
          <w:szCs w:val="28"/>
          <w:lang w:val="ru-RU"/>
        </w:rPr>
        <w:t>баган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же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коопсуздук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коркунучу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2F3DDA" w:rsidRPr="004C47EC">
        <w:rPr>
          <w:rFonts w:cs="Times New Roman"/>
          <w:sz w:val="28"/>
          <w:szCs w:val="28"/>
          <w:lang w:val="ru-RU"/>
        </w:rPr>
        <w:t>жаралган</w:t>
      </w:r>
      <w:proofErr w:type="spellEnd"/>
      <w:r w:rsidR="002F3DD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2F3DDA" w:rsidRPr="004C47EC">
        <w:rPr>
          <w:rFonts w:cs="Times New Roman"/>
          <w:sz w:val="28"/>
          <w:szCs w:val="28"/>
          <w:lang w:val="ru-RU"/>
        </w:rPr>
        <w:t>учурда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маселе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Кыргыз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Республикасынын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мыйзамдарына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ылайык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укук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коргоо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органдарынын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кызматкерлеринин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катышуусу</w:t>
      </w:r>
      <w:r w:rsidR="002F3DDA" w:rsidRPr="004C47EC">
        <w:rPr>
          <w:rFonts w:cs="Times New Roman"/>
          <w:sz w:val="28"/>
          <w:szCs w:val="28"/>
          <w:lang w:val="ru-RU"/>
        </w:rPr>
        <w:t>нда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чечилет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. </w:t>
      </w:r>
    </w:p>
    <w:p w14:paraId="65C313B5" w14:textId="77777777" w:rsidR="002C069A" w:rsidRPr="004C47EC" w:rsidRDefault="002C069A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07D7E8FE" w14:textId="77777777" w:rsidR="00816EBC" w:rsidRPr="004C47EC" w:rsidRDefault="00816EBC" w:rsidP="00E222E6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4C47EC">
        <w:rPr>
          <w:rFonts w:cs="Times New Roman"/>
          <w:b/>
          <w:sz w:val="28"/>
          <w:szCs w:val="28"/>
          <w:lang w:val="ru-RU"/>
        </w:rPr>
        <w:t xml:space="preserve">4.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Коомдук</w:t>
      </w:r>
      <w:proofErr w:type="spellEnd"/>
      <w:r w:rsidRPr="004C47EC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байкоо</w:t>
      </w:r>
      <w:proofErr w:type="spellEnd"/>
      <w:r w:rsidRPr="004C47EC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тартиби</w:t>
      </w:r>
      <w:proofErr w:type="spellEnd"/>
    </w:p>
    <w:p w14:paraId="0112016A" w14:textId="77777777" w:rsidR="00987533" w:rsidRPr="004C47EC" w:rsidRDefault="00987533" w:rsidP="00E222E6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14:paraId="2ACCE845" w14:textId="0F2260DC" w:rsidR="00816EBC" w:rsidRPr="004C47EC" w:rsidRDefault="00816EBC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18.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Келүүчү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добуш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берүүнүн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жүрүшүн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участ</w:t>
      </w:r>
      <w:r w:rsidR="005D3D8E" w:rsidRPr="004C47EC">
        <w:rPr>
          <w:rFonts w:cs="Times New Roman"/>
          <w:sz w:val="28"/>
          <w:szCs w:val="28"/>
          <w:lang w:val="ru-RU"/>
        </w:rPr>
        <w:t>окторунан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видеок</w:t>
      </w:r>
      <w:r w:rsidR="006218E3" w:rsidRPr="004C47EC">
        <w:rPr>
          <w:rFonts w:cs="Times New Roman"/>
          <w:sz w:val="28"/>
          <w:szCs w:val="28"/>
          <w:lang w:val="ru-RU"/>
        </w:rPr>
        <w:t>ө</w:t>
      </w:r>
      <w:r w:rsidRPr="004C47EC">
        <w:rPr>
          <w:rFonts w:cs="Times New Roman"/>
          <w:sz w:val="28"/>
          <w:szCs w:val="28"/>
          <w:lang w:val="ru-RU"/>
        </w:rPr>
        <w:t>рс</w:t>
      </w:r>
      <w:r w:rsidR="006218E3" w:rsidRPr="004C47EC">
        <w:rPr>
          <w:rFonts w:cs="Times New Roman"/>
          <w:sz w:val="28"/>
          <w:szCs w:val="28"/>
          <w:lang w:val="ru-RU"/>
        </w:rPr>
        <w:t>ө</w:t>
      </w:r>
      <w:r w:rsidRPr="004C47EC">
        <w:rPr>
          <w:rFonts w:cs="Times New Roman"/>
          <w:sz w:val="28"/>
          <w:szCs w:val="28"/>
          <w:lang w:val="ru-RU"/>
        </w:rPr>
        <w:t>түүлөрдү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5D3D8E" w:rsidRPr="004C47EC">
        <w:rPr>
          <w:rFonts w:cs="Times New Roman"/>
          <w:sz w:val="28"/>
          <w:szCs w:val="28"/>
          <w:lang w:val="ru-RU"/>
        </w:rPr>
        <w:t>реалдуу</w:t>
      </w:r>
      <w:proofErr w:type="spellEnd"/>
      <w:r w:rsidR="005D3D8E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5D3D8E" w:rsidRPr="004C47EC">
        <w:rPr>
          <w:rFonts w:cs="Times New Roman"/>
          <w:sz w:val="28"/>
          <w:szCs w:val="28"/>
          <w:lang w:val="ru-RU"/>
        </w:rPr>
        <w:t>убакыт</w:t>
      </w:r>
      <w:proofErr w:type="spellEnd"/>
      <w:r w:rsidR="005D3D8E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5D3D8E" w:rsidRPr="004C47EC">
        <w:rPr>
          <w:rFonts w:cs="Times New Roman"/>
          <w:sz w:val="28"/>
          <w:szCs w:val="28"/>
          <w:lang w:val="ru-RU"/>
        </w:rPr>
        <w:t>режиминде</w:t>
      </w:r>
      <w:proofErr w:type="spellEnd"/>
      <w:r w:rsidR="005D3D8E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көрүү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аркылуу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байкоого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анын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ичинде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тиешелүү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участ</w:t>
      </w:r>
      <w:r w:rsidR="005D3D8E" w:rsidRPr="004C47EC">
        <w:rPr>
          <w:rFonts w:cs="Times New Roman"/>
          <w:sz w:val="28"/>
          <w:szCs w:val="28"/>
          <w:lang w:val="ru-RU"/>
        </w:rPr>
        <w:t>огунун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номерин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кабарлоо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менен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конкреттүү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участ</w:t>
      </w:r>
      <w:r w:rsidR="005D3D8E" w:rsidRPr="004C47EC">
        <w:rPr>
          <w:rFonts w:cs="Times New Roman"/>
          <w:sz w:val="28"/>
          <w:szCs w:val="28"/>
          <w:lang w:val="ru-RU"/>
        </w:rPr>
        <w:t>огунан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видеокөрсөтүүнү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C037A" w:rsidRPr="004C47EC">
        <w:rPr>
          <w:rFonts w:cs="Times New Roman"/>
          <w:sz w:val="28"/>
          <w:szCs w:val="28"/>
          <w:lang w:val="ru-RU"/>
        </w:rPr>
        <w:t>бөлүп</w:t>
      </w:r>
      <w:proofErr w:type="spellEnd"/>
      <w:r w:rsidR="003C037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C037A" w:rsidRPr="004C47EC">
        <w:rPr>
          <w:rFonts w:cs="Times New Roman"/>
          <w:sz w:val="28"/>
          <w:szCs w:val="28"/>
          <w:lang w:val="ru-RU"/>
        </w:rPr>
        <w:t>чыгарууну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өтүнүүгө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218E3" w:rsidRPr="004C47EC">
        <w:rPr>
          <w:rFonts w:cs="Times New Roman"/>
          <w:sz w:val="28"/>
          <w:szCs w:val="28"/>
          <w:lang w:val="ru-RU"/>
        </w:rPr>
        <w:t>укуктуу</w:t>
      </w:r>
      <w:proofErr w:type="spellEnd"/>
      <w:r w:rsidR="006218E3" w:rsidRPr="004C47EC">
        <w:rPr>
          <w:rFonts w:cs="Times New Roman"/>
          <w:sz w:val="28"/>
          <w:szCs w:val="28"/>
          <w:lang w:val="ru-RU"/>
        </w:rPr>
        <w:t>.</w:t>
      </w:r>
    </w:p>
    <w:p w14:paraId="11F771B7" w14:textId="78556CD0" w:rsidR="006218E3" w:rsidRPr="004C47EC" w:rsidRDefault="006218E3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lastRenderedPageBreak/>
        <w:t xml:space="preserve">19.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Келүүчүнүн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5D3D8E" w:rsidRPr="004C47EC">
        <w:rPr>
          <w:rFonts w:cs="Times New Roman"/>
          <w:sz w:val="28"/>
          <w:szCs w:val="28"/>
          <w:lang w:val="ru-RU"/>
        </w:rPr>
        <w:t>суроо-талабы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боюнча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</w:t>
      </w:r>
      <w:r w:rsidR="00C96F0A" w:rsidRPr="004C47EC">
        <w:rPr>
          <w:rFonts w:cs="Times New Roman"/>
          <w:sz w:val="28"/>
          <w:szCs w:val="28"/>
          <w:lang w:val="ru-RU"/>
        </w:rPr>
        <w:t>н</w:t>
      </w:r>
      <w:r w:rsidRPr="004C47EC">
        <w:rPr>
          <w:rFonts w:cs="Times New Roman"/>
          <w:sz w:val="28"/>
          <w:szCs w:val="28"/>
          <w:lang w:val="ru-RU"/>
        </w:rPr>
        <w:t>креттүү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участогунан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видеокөрсөтүүнү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96F0A" w:rsidRPr="004C47EC">
        <w:rPr>
          <w:rFonts w:cs="Times New Roman"/>
          <w:sz w:val="28"/>
          <w:szCs w:val="28"/>
          <w:lang w:val="ru-RU"/>
        </w:rPr>
        <w:t>бөлүп</w:t>
      </w:r>
      <w:proofErr w:type="spellEnd"/>
      <w:r w:rsidR="00C96F0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чыгаруу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Борбордун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жооптуу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C037A" w:rsidRPr="004C47EC">
        <w:rPr>
          <w:rFonts w:cs="Times New Roman"/>
          <w:sz w:val="28"/>
          <w:szCs w:val="28"/>
          <w:lang w:val="ru-RU"/>
        </w:rPr>
        <w:t>жумушчусу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тарабынан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C037A" w:rsidRPr="004C47EC">
        <w:rPr>
          <w:rFonts w:cs="Times New Roman"/>
          <w:sz w:val="28"/>
          <w:szCs w:val="28"/>
          <w:lang w:val="ru-RU"/>
        </w:rPr>
        <w:t>суроо-талаптардын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түшүү</w:t>
      </w:r>
      <w:r w:rsidR="003C037A" w:rsidRPr="004C47EC">
        <w:rPr>
          <w:rFonts w:cs="Times New Roman"/>
          <w:sz w:val="28"/>
          <w:szCs w:val="28"/>
          <w:lang w:val="ru-RU"/>
        </w:rPr>
        <w:t>сүнүн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кезе</w:t>
      </w:r>
      <w:r w:rsidR="003C037A" w:rsidRPr="004C47EC">
        <w:rPr>
          <w:rFonts w:cs="Times New Roman"/>
          <w:sz w:val="28"/>
          <w:szCs w:val="28"/>
          <w:lang w:val="ru-RU"/>
        </w:rPr>
        <w:t>ктүүлүк</w:t>
      </w:r>
      <w:proofErr w:type="spellEnd"/>
      <w:r w:rsidR="003C037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C037A" w:rsidRPr="004C47EC">
        <w:rPr>
          <w:rFonts w:cs="Times New Roman"/>
          <w:sz w:val="28"/>
          <w:szCs w:val="28"/>
          <w:lang w:val="ru-RU"/>
        </w:rPr>
        <w:t>тартибинде</w:t>
      </w:r>
      <w:proofErr w:type="spellEnd"/>
      <w:r w:rsidR="003C037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C037A" w:rsidRPr="004C47EC">
        <w:rPr>
          <w:rFonts w:cs="Times New Roman"/>
          <w:sz w:val="28"/>
          <w:szCs w:val="28"/>
          <w:lang w:val="ru-RU"/>
        </w:rPr>
        <w:t>жүзөгө</w:t>
      </w:r>
      <w:proofErr w:type="spellEnd"/>
      <w:r w:rsidR="003C037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53DC1" w:rsidRPr="004C47EC">
        <w:rPr>
          <w:rFonts w:cs="Times New Roman"/>
          <w:sz w:val="28"/>
          <w:szCs w:val="28"/>
          <w:lang w:val="ru-RU"/>
        </w:rPr>
        <w:t>ашырылат</w:t>
      </w:r>
      <w:proofErr w:type="spellEnd"/>
      <w:r w:rsidR="00653DC1" w:rsidRPr="004C47EC">
        <w:rPr>
          <w:rFonts w:cs="Times New Roman"/>
          <w:sz w:val="28"/>
          <w:szCs w:val="28"/>
          <w:lang w:val="ru-RU"/>
        </w:rPr>
        <w:t>.</w:t>
      </w:r>
      <w:r w:rsidRPr="004C47EC">
        <w:rPr>
          <w:rFonts w:cs="Times New Roman"/>
          <w:sz w:val="28"/>
          <w:szCs w:val="28"/>
          <w:lang w:val="ru-RU"/>
        </w:rPr>
        <w:t xml:space="preserve"> </w:t>
      </w:r>
    </w:p>
    <w:p w14:paraId="5CD245DE" w14:textId="6168439B" w:rsidR="00653DC1" w:rsidRPr="004C47EC" w:rsidRDefault="00653DC1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20.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Бир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C037A" w:rsidRPr="004C47EC">
        <w:rPr>
          <w:rFonts w:cs="Times New Roman"/>
          <w:sz w:val="28"/>
          <w:szCs w:val="28"/>
          <w:lang w:val="ru-RU"/>
        </w:rPr>
        <w:t>суроо-талап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боюнча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конкреттүү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участ</w:t>
      </w:r>
      <w:r w:rsidR="00C96F0A" w:rsidRPr="004C47EC">
        <w:rPr>
          <w:rFonts w:cs="Times New Roman"/>
          <w:sz w:val="28"/>
          <w:szCs w:val="28"/>
          <w:lang w:val="ru-RU"/>
        </w:rPr>
        <w:t>огу</w:t>
      </w:r>
      <w:r w:rsidRPr="004C47EC">
        <w:rPr>
          <w:rFonts w:cs="Times New Roman"/>
          <w:sz w:val="28"/>
          <w:szCs w:val="28"/>
          <w:lang w:val="ru-RU"/>
        </w:rPr>
        <w:t>нан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видеокөрсөтүүнү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көрүү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узактыгы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5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м</w:t>
      </w:r>
      <w:r w:rsidR="00C96F0A" w:rsidRPr="004C47EC">
        <w:rPr>
          <w:rFonts w:cs="Times New Roman"/>
          <w:sz w:val="28"/>
          <w:szCs w:val="28"/>
          <w:lang w:val="ru-RU"/>
        </w:rPr>
        <w:t>ү</w:t>
      </w:r>
      <w:r w:rsidRPr="004C47EC">
        <w:rPr>
          <w:rFonts w:cs="Times New Roman"/>
          <w:sz w:val="28"/>
          <w:szCs w:val="28"/>
          <w:lang w:val="ru-RU"/>
        </w:rPr>
        <w:t>нөттөн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ашпаган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убакытты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түзөт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Бир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эле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келүүчүнүн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кайталаган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C037A" w:rsidRPr="004C47EC">
        <w:rPr>
          <w:rFonts w:cs="Times New Roman"/>
          <w:sz w:val="28"/>
          <w:szCs w:val="28"/>
          <w:lang w:val="ru-RU"/>
        </w:rPr>
        <w:t>суроо-талабы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башка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келүүчүлөрдүн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мурда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C037A" w:rsidRPr="004C47EC">
        <w:rPr>
          <w:rFonts w:cs="Times New Roman"/>
          <w:sz w:val="28"/>
          <w:szCs w:val="28"/>
          <w:lang w:val="ru-RU"/>
        </w:rPr>
        <w:t>келип</w:t>
      </w:r>
      <w:proofErr w:type="spellEnd"/>
      <w:r w:rsidR="003C037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түшк</w:t>
      </w:r>
      <w:r w:rsidR="00C96F0A" w:rsidRPr="004C47EC">
        <w:rPr>
          <w:rFonts w:cs="Times New Roman"/>
          <w:sz w:val="28"/>
          <w:szCs w:val="28"/>
          <w:lang w:val="ru-RU"/>
        </w:rPr>
        <w:t>ө</w:t>
      </w:r>
      <w:r w:rsidRPr="004C47EC">
        <w:rPr>
          <w:rFonts w:cs="Times New Roman"/>
          <w:sz w:val="28"/>
          <w:szCs w:val="28"/>
          <w:lang w:val="ru-RU"/>
        </w:rPr>
        <w:t>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C037A" w:rsidRPr="004C47EC">
        <w:rPr>
          <w:rFonts w:cs="Times New Roman"/>
          <w:sz w:val="28"/>
          <w:szCs w:val="28"/>
          <w:lang w:val="ru-RU"/>
        </w:rPr>
        <w:t>суроо-талаптары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аткар</w:t>
      </w:r>
      <w:r w:rsidR="003C037A" w:rsidRPr="004C47EC">
        <w:rPr>
          <w:rFonts w:cs="Times New Roman"/>
          <w:sz w:val="28"/>
          <w:szCs w:val="28"/>
          <w:lang w:val="ru-RU"/>
        </w:rPr>
        <w:t>ылгандан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кийин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кабыл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алынат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. </w:t>
      </w:r>
    </w:p>
    <w:p w14:paraId="09CF49AE" w14:textId="1F81AD80" w:rsidR="00653DC1" w:rsidRPr="004C47EC" w:rsidRDefault="00653DC1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21.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Айрым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участогунан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видеокөрсөтүүнү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96F0A" w:rsidRPr="004C47EC">
        <w:rPr>
          <w:rFonts w:cs="Times New Roman"/>
          <w:sz w:val="28"/>
          <w:szCs w:val="28"/>
          <w:lang w:val="ru-RU"/>
        </w:rPr>
        <w:t>бөлүп</w:t>
      </w:r>
      <w:proofErr w:type="spellEnd"/>
      <w:r w:rsidR="00C96F0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чыгаруунун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убактылуу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мүмк</w:t>
      </w:r>
      <w:r w:rsidR="00C86360" w:rsidRPr="004C47EC">
        <w:rPr>
          <w:rFonts w:cs="Times New Roman"/>
          <w:sz w:val="28"/>
          <w:szCs w:val="28"/>
          <w:lang w:val="ru-RU"/>
        </w:rPr>
        <w:t>ү</w:t>
      </w:r>
      <w:r w:rsidRPr="004C47EC">
        <w:rPr>
          <w:rFonts w:cs="Times New Roman"/>
          <w:sz w:val="28"/>
          <w:szCs w:val="28"/>
          <w:lang w:val="ru-RU"/>
        </w:rPr>
        <w:t>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эместиги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анын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үз</w:t>
      </w:r>
      <w:r w:rsidR="00C96F0A" w:rsidRPr="004C47EC">
        <w:rPr>
          <w:rFonts w:cs="Times New Roman"/>
          <w:sz w:val="28"/>
          <w:szCs w:val="28"/>
          <w:lang w:val="ru-RU"/>
        </w:rPr>
        <w:t>гүлтү</w:t>
      </w:r>
      <w:r w:rsidR="003C037A" w:rsidRPr="004C47EC">
        <w:rPr>
          <w:rFonts w:cs="Times New Roman"/>
          <w:sz w:val="28"/>
          <w:szCs w:val="28"/>
          <w:lang w:val="ru-RU"/>
        </w:rPr>
        <w:t>ккө</w:t>
      </w:r>
      <w:proofErr w:type="spellEnd"/>
      <w:r w:rsidR="003C037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C037A" w:rsidRPr="004C47EC">
        <w:rPr>
          <w:rFonts w:cs="Times New Roman"/>
          <w:sz w:val="28"/>
          <w:szCs w:val="28"/>
          <w:lang w:val="ru-RU"/>
        </w:rPr>
        <w:t>учурашы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же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сапатынын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начарл</w:t>
      </w:r>
      <w:r w:rsidR="003C037A" w:rsidRPr="004C47EC">
        <w:rPr>
          <w:rFonts w:cs="Times New Roman"/>
          <w:sz w:val="28"/>
          <w:szCs w:val="28"/>
          <w:lang w:val="ru-RU"/>
        </w:rPr>
        <w:t>аш</w:t>
      </w:r>
      <w:r w:rsidRPr="004C47EC">
        <w:rPr>
          <w:rFonts w:cs="Times New Roman"/>
          <w:sz w:val="28"/>
          <w:szCs w:val="28"/>
          <w:lang w:val="ru-RU"/>
        </w:rPr>
        <w:t>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техникалык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себептер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анын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ичинде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тиешелүү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участогун</w:t>
      </w:r>
      <w:r w:rsidR="00C86360" w:rsidRPr="004C47EC">
        <w:rPr>
          <w:rFonts w:cs="Times New Roman"/>
          <w:sz w:val="28"/>
          <w:szCs w:val="28"/>
          <w:lang w:val="ru-RU"/>
        </w:rPr>
        <w:t>да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байланыш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каналынын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жоктугу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же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туруксуздугу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менен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шарттал</w:t>
      </w:r>
      <w:r w:rsidR="003C037A" w:rsidRPr="004C47EC">
        <w:rPr>
          <w:rFonts w:cs="Times New Roman"/>
          <w:sz w:val="28"/>
          <w:szCs w:val="28"/>
          <w:lang w:val="ru-RU"/>
        </w:rPr>
        <w:t>ышы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ыктымал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жана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Борбор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тарабынан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видеокөрсөтүүлөрдү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көрүү</w:t>
      </w:r>
      <w:r w:rsidR="003C037A" w:rsidRPr="004C47EC">
        <w:rPr>
          <w:rFonts w:cs="Times New Roman"/>
          <w:sz w:val="28"/>
          <w:szCs w:val="28"/>
          <w:lang w:val="ru-RU"/>
        </w:rPr>
        <w:t>гө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жеткиликт</w:t>
      </w:r>
      <w:r w:rsidR="003C037A" w:rsidRPr="004C47EC">
        <w:rPr>
          <w:rFonts w:cs="Times New Roman"/>
          <w:sz w:val="28"/>
          <w:szCs w:val="28"/>
          <w:lang w:val="ru-RU"/>
        </w:rPr>
        <w:t>ин</w:t>
      </w:r>
      <w:proofErr w:type="spellEnd"/>
      <w:r w:rsidR="003C037A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чект</w:t>
      </w:r>
      <w:r w:rsidR="003C037A" w:rsidRPr="004C47EC">
        <w:rPr>
          <w:rFonts w:cs="Times New Roman"/>
          <w:sz w:val="28"/>
          <w:szCs w:val="28"/>
          <w:lang w:val="ru-RU"/>
        </w:rPr>
        <w:t>елиши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болуп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саналбайт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.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Видеокөрсөтүү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калыбына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келтирилгенден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кийин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көрүү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жалпы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тартипте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86360" w:rsidRPr="004C47EC">
        <w:rPr>
          <w:rFonts w:cs="Times New Roman"/>
          <w:sz w:val="28"/>
          <w:szCs w:val="28"/>
          <w:lang w:val="ru-RU"/>
        </w:rPr>
        <w:t>жү</w:t>
      </w:r>
      <w:r w:rsidR="00B82F66" w:rsidRPr="004C47EC">
        <w:rPr>
          <w:rFonts w:cs="Times New Roman"/>
          <w:sz w:val="28"/>
          <w:szCs w:val="28"/>
          <w:lang w:val="ru-RU"/>
        </w:rPr>
        <w:t>зөгө</w:t>
      </w:r>
      <w:proofErr w:type="spellEnd"/>
      <w:r w:rsidR="00B82F66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B82F66" w:rsidRPr="004C47EC">
        <w:rPr>
          <w:rFonts w:cs="Times New Roman"/>
          <w:sz w:val="28"/>
          <w:szCs w:val="28"/>
          <w:lang w:val="ru-RU"/>
        </w:rPr>
        <w:t>ашырылат</w:t>
      </w:r>
      <w:proofErr w:type="spellEnd"/>
      <w:r w:rsidR="00C86360" w:rsidRPr="004C47EC">
        <w:rPr>
          <w:rFonts w:cs="Times New Roman"/>
          <w:sz w:val="28"/>
          <w:szCs w:val="28"/>
          <w:lang w:val="ru-RU"/>
        </w:rPr>
        <w:t>.</w:t>
      </w:r>
      <w:r w:rsidRPr="004C47EC">
        <w:rPr>
          <w:rFonts w:cs="Times New Roman"/>
          <w:sz w:val="28"/>
          <w:szCs w:val="28"/>
          <w:lang w:val="ru-RU"/>
        </w:rPr>
        <w:t xml:space="preserve"> </w:t>
      </w:r>
    </w:p>
    <w:p w14:paraId="704A42EB" w14:textId="0FCCCEF2" w:rsidR="00C86360" w:rsidRPr="004C47EC" w:rsidRDefault="00C86360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22.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Келүүчүлөрдүн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жабдууларга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жана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видеокөрсөтүүлөрдү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башкаруу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каражаттарына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өз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алдынча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B82F66" w:rsidRPr="004C47EC">
        <w:rPr>
          <w:rFonts w:cs="Times New Roman"/>
          <w:sz w:val="28"/>
          <w:szCs w:val="28"/>
          <w:lang w:val="ru-RU"/>
        </w:rPr>
        <w:t>жетүүсүнө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жол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берилбейт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. </w:t>
      </w:r>
    </w:p>
    <w:p w14:paraId="6BF61FBD" w14:textId="406CF962" w:rsidR="00C86360" w:rsidRPr="004C47EC" w:rsidRDefault="00C86360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23.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Видеокөрс</w:t>
      </w:r>
      <w:r w:rsidR="00A41598" w:rsidRPr="004C47EC">
        <w:rPr>
          <w:rFonts w:cs="Times New Roman"/>
          <w:sz w:val="28"/>
          <w:szCs w:val="28"/>
          <w:lang w:val="ru-RU"/>
        </w:rPr>
        <w:t>ө</w:t>
      </w:r>
      <w:r w:rsidRPr="004C47EC">
        <w:rPr>
          <w:rFonts w:cs="Times New Roman"/>
          <w:sz w:val="28"/>
          <w:szCs w:val="28"/>
          <w:lang w:val="ru-RU"/>
        </w:rPr>
        <w:t>түүлөрдү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көрүүдө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конкреттүү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шайлоочунун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эрк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билдирүүсүн</w:t>
      </w:r>
      <w:r w:rsidR="00A41598" w:rsidRPr="004C47EC">
        <w:rPr>
          <w:rFonts w:cs="Times New Roman"/>
          <w:sz w:val="28"/>
          <w:szCs w:val="28"/>
          <w:lang w:val="ru-RU"/>
        </w:rPr>
        <w:t>үн</w:t>
      </w:r>
      <w:proofErr w:type="spellEnd"/>
      <w:r w:rsidR="00A41598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A41598" w:rsidRPr="004C47EC">
        <w:rPr>
          <w:rFonts w:cs="Times New Roman"/>
          <w:sz w:val="28"/>
          <w:szCs w:val="28"/>
          <w:lang w:val="ru-RU"/>
        </w:rPr>
        <w:t>мазмунун</w:t>
      </w:r>
      <w:proofErr w:type="spellEnd"/>
      <w:r w:rsidR="00A41598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A41598" w:rsidRPr="004C47EC">
        <w:rPr>
          <w:rFonts w:cs="Times New Roman"/>
          <w:sz w:val="28"/>
          <w:szCs w:val="28"/>
          <w:lang w:val="ru-RU"/>
        </w:rPr>
        <w:t>аныктоого</w:t>
      </w:r>
      <w:proofErr w:type="spellEnd"/>
      <w:r w:rsidR="00A41598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A41598" w:rsidRPr="004C47EC">
        <w:rPr>
          <w:rFonts w:cs="Times New Roman"/>
          <w:sz w:val="28"/>
          <w:szCs w:val="28"/>
          <w:lang w:val="ru-RU"/>
        </w:rPr>
        <w:t>багытталган</w:t>
      </w:r>
      <w:proofErr w:type="spellEnd"/>
      <w:r w:rsidR="00A41598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A41598" w:rsidRPr="004C47EC">
        <w:rPr>
          <w:rFonts w:cs="Times New Roman"/>
          <w:sz w:val="28"/>
          <w:szCs w:val="28"/>
          <w:lang w:val="ru-RU"/>
        </w:rPr>
        <w:t>аракеттерге</w:t>
      </w:r>
      <w:proofErr w:type="spellEnd"/>
      <w:r w:rsidR="00A41598"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A41598" w:rsidRPr="004C47EC">
        <w:rPr>
          <w:rFonts w:cs="Times New Roman"/>
          <w:sz w:val="28"/>
          <w:szCs w:val="28"/>
          <w:lang w:val="ru-RU"/>
        </w:rPr>
        <w:t>ошондой</w:t>
      </w:r>
      <w:proofErr w:type="spellEnd"/>
      <w:r w:rsidR="00A41598" w:rsidRPr="004C47EC">
        <w:rPr>
          <w:rFonts w:cs="Times New Roman"/>
          <w:sz w:val="28"/>
          <w:szCs w:val="28"/>
          <w:lang w:val="ru-RU"/>
        </w:rPr>
        <w:t xml:space="preserve"> эле </w:t>
      </w:r>
      <w:proofErr w:type="spellStart"/>
      <w:r w:rsidR="00A41598" w:rsidRPr="004C47EC">
        <w:rPr>
          <w:rFonts w:cs="Times New Roman"/>
          <w:sz w:val="28"/>
          <w:szCs w:val="28"/>
          <w:lang w:val="ru-RU"/>
        </w:rPr>
        <w:t>видеокөрсөтүүлөрдү</w:t>
      </w:r>
      <w:proofErr w:type="spellEnd"/>
      <w:r w:rsidR="00A41598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A41598" w:rsidRPr="004C47EC">
        <w:rPr>
          <w:rFonts w:cs="Times New Roman"/>
          <w:sz w:val="28"/>
          <w:szCs w:val="28"/>
          <w:lang w:val="ru-RU"/>
        </w:rPr>
        <w:t>үгүт</w:t>
      </w:r>
      <w:proofErr w:type="spellEnd"/>
      <w:r w:rsidR="00A41598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A41598" w:rsidRPr="004C47EC">
        <w:rPr>
          <w:rFonts w:cs="Times New Roman"/>
          <w:sz w:val="28"/>
          <w:szCs w:val="28"/>
          <w:lang w:val="ru-RU"/>
        </w:rPr>
        <w:t>максатында</w:t>
      </w:r>
      <w:proofErr w:type="spellEnd"/>
      <w:r w:rsidR="00A41598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A41598" w:rsidRPr="004C47EC">
        <w:rPr>
          <w:rFonts w:cs="Times New Roman"/>
          <w:sz w:val="28"/>
          <w:szCs w:val="28"/>
          <w:lang w:val="ru-RU"/>
        </w:rPr>
        <w:t>пайдаланууга</w:t>
      </w:r>
      <w:proofErr w:type="spellEnd"/>
      <w:r w:rsidR="00A41598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A41598" w:rsidRPr="004C47EC">
        <w:rPr>
          <w:rFonts w:cs="Times New Roman"/>
          <w:sz w:val="28"/>
          <w:szCs w:val="28"/>
          <w:lang w:val="ru-RU"/>
        </w:rPr>
        <w:t>жол</w:t>
      </w:r>
      <w:proofErr w:type="spellEnd"/>
      <w:r w:rsidR="00A41598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A41598" w:rsidRPr="004C47EC">
        <w:rPr>
          <w:rFonts w:cs="Times New Roman"/>
          <w:sz w:val="28"/>
          <w:szCs w:val="28"/>
          <w:lang w:val="ru-RU"/>
        </w:rPr>
        <w:t>берилбейт</w:t>
      </w:r>
      <w:proofErr w:type="spellEnd"/>
      <w:r w:rsidR="00A41598" w:rsidRPr="004C47EC">
        <w:rPr>
          <w:rFonts w:cs="Times New Roman"/>
          <w:sz w:val="28"/>
          <w:szCs w:val="28"/>
          <w:lang w:val="ru-RU"/>
        </w:rPr>
        <w:t>.</w:t>
      </w:r>
    </w:p>
    <w:p w14:paraId="5C2C84ED" w14:textId="35079190" w:rsidR="00A41598" w:rsidRPr="004C47EC" w:rsidRDefault="00A41598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24.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видеокөрсөтүүлөрдү</w:t>
      </w:r>
      <w:proofErr w:type="spellEnd"/>
      <w:r w:rsidR="00B82F66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B82F66" w:rsidRPr="004C47EC">
        <w:rPr>
          <w:rFonts w:cs="Times New Roman"/>
          <w:sz w:val="28"/>
          <w:szCs w:val="28"/>
          <w:lang w:val="ru-RU"/>
        </w:rPr>
        <w:t>көрүүнүн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жүрүш</w:t>
      </w:r>
      <w:r w:rsidR="009E0022" w:rsidRPr="004C47EC">
        <w:rPr>
          <w:rFonts w:cs="Times New Roman"/>
          <w:sz w:val="28"/>
          <w:szCs w:val="28"/>
          <w:lang w:val="ru-RU"/>
        </w:rPr>
        <w:t>ү</w:t>
      </w:r>
      <w:r w:rsidRPr="004C47EC">
        <w:rPr>
          <w:rFonts w:cs="Times New Roman"/>
          <w:sz w:val="28"/>
          <w:szCs w:val="28"/>
          <w:lang w:val="ru-RU"/>
        </w:rPr>
        <w:t>ндө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келүүчүлөр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байкаган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окуялар</w:t>
      </w:r>
      <w:r w:rsidR="00B82F66" w:rsidRPr="004C47EC">
        <w:rPr>
          <w:rFonts w:cs="Times New Roman"/>
          <w:sz w:val="28"/>
          <w:szCs w:val="28"/>
          <w:lang w:val="ru-RU"/>
        </w:rPr>
        <w:t>ды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каттоо</w:t>
      </w:r>
      <w:r w:rsidR="00B82F66" w:rsidRPr="004C47EC">
        <w:rPr>
          <w:rFonts w:cs="Times New Roman"/>
          <w:sz w:val="28"/>
          <w:szCs w:val="28"/>
          <w:lang w:val="ru-RU"/>
        </w:rPr>
        <w:t>ну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текшерүү</w:t>
      </w:r>
      <w:r w:rsidR="00B82F66" w:rsidRPr="004C47EC">
        <w:rPr>
          <w:rFonts w:cs="Times New Roman"/>
          <w:sz w:val="28"/>
          <w:szCs w:val="28"/>
          <w:lang w:val="ru-RU"/>
        </w:rPr>
        <w:t>нү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жана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укуктук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баа</w:t>
      </w:r>
      <w:r w:rsidR="00B82F66" w:rsidRPr="004C47EC">
        <w:rPr>
          <w:rFonts w:cs="Times New Roman"/>
          <w:sz w:val="28"/>
          <w:szCs w:val="28"/>
          <w:lang w:val="ru-RU"/>
        </w:rPr>
        <w:t>лоону</w:t>
      </w:r>
      <w:proofErr w:type="spellEnd"/>
      <w:r w:rsidR="00B82F66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B82F66" w:rsidRPr="004C47EC">
        <w:rPr>
          <w:rFonts w:cs="Times New Roman"/>
          <w:sz w:val="28"/>
          <w:szCs w:val="28"/>
          <w:lang w:val="ru-RU"/>
        </w:rPr>
        <w:t>жүзөгө</w:t>
      </w:r>
      <w:proofErr w:type="spellEnd"/>
      <w:r w:rsidR="00B82F66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B82F66" w:rsidRPr="004C47EC">
        <w:rPr>
          <w:rFonts w:cs="Times New Roman"/>
          <w:sz w:val="28"/>
          <w:szCs w:val="28"/>
          <w:lang w:val="ru-RU"/>
        </w:rPr>
        <w:t>ашырбайт</w:t>
      </w:r>
      <w:proofErr w:type="spellEnd"/>
      <w:r w:rsidR="00B82F66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B82F66" w:rsidRPr="004C47EC">
        <w:rPr>
          <w:rFonts w:cs="Times New Roman"/>
          <w:sz w:val="28"/>
          <w:szCs w:val="28"/>
          <w:lang w:val="ru-RU"/>
        </w:rPr>
        <w:t>жана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мыйзамдарынын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бузулушу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жөнүндө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даттанууларды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жана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арыздарды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карабайт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Даттануулар</w:t>
      </w:r>
      <w:r w:rsidR="00B82F66" w:rsidRPr="004C47EC">
        <w:rPr>
          <w:rFonts w:cs="Times New Roman"/>
          <w:sz w:val="28"/>
          <w:szCs w:val="28"/>
          <w:lang w:val="ru-RU"/>
        </w:rPr>
        <w:t>ды</w:t>
      </w:r>
      <w:proofErr w:type="spellEnd"/>
      <w:r w:rsidR="00B82F66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B82F66" w:rsidRPr="004C47EC">
        <w:rPr>
          <w:rFonts w:cs="Times New Roman"/>
          <w:sz w:val="28"/>
          <w:szCs w:val="28"/>
          <w:lang w:val="ru-RU"/>
        </w:rPr>
        <w:t>жана</w:t>
      </w:r>
      <w:proofErr w:type="spellEnd"/>
      <w:r w:rsidR="00B82F66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арыздарды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берүү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жана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кароо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Кыргыз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Республикасынын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мыйзамдарында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каралган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тартипте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жүзөгө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ашырылат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. </w:t>
      </w:r>
    </w:p>
    <w:p w14:paraId="32F46E43" w14:textId="77777777" w:rsidR="00550EEB" w:rsidRPr="004C47EC" w:rsidRDefault="00550EEB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6636C4F9" w14:textId="77777777" w:rsidR="00B5752C" w:rsidRPr="004C47EC" w:rsidRDefault="00B5752C" w:rsidP="00E222E6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4C47EC">
        <w:rPr>
          <w:rFonts w:cs="Times New Roman"/>
          <w:b/>
          <w:sz w:val="28"/>
          <w:szCs w:val="28"/>
          <w:lang w:val="ru-RU"/>
        </w:rPr>
        <w:t xml:space="preserve">5.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Коомдук</w:t>
      </w:r>
      <w:proofErr w:type="spellEnd"/>
      <w:r w:rsidRPr="004C47EC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тартипти</w:t>
      </w:r>
      <w:proofErr w:type="spellEnd"/>
      <w:r w:rsidRPr="004C47EC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камсыздоо</w:t>
      </w:r>
      <w:proofErr w:type="spellEnd"/>
    </w:p>
    <w:p w14:paraId="5E2F6CFB" w14:textId="77777777" w:rsidR="00987533" w:rsidRPr="004C47EC" w:rsidRDefault="00987533" w:rsidP="00E222E6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14:paraId="5C74C1EF" w14:textId="3A71DC63" w:rsidR="00B5752C" w:rsidRPr="004C47EC" w:rsidRDefault="00B5752C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25.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ишт</w:t>
      </w:r>
      <w:r w:rsidR="00D44A29" w:rsidRPr="004C47EC">
        <w:rPr>
          <w:rFonts w:cs="Times New Roman"/>
          <w:sz w:val="28"/>
          <w:szCs w:val="28"/>
          <w:lang w:val="ru-RU"/>
        </w:rPr>
        <w:t>е</w:t>
      </w:r>
      <w:r w:rsidR="00530D81" w:rsidRPr="004C47EC">
        <w:rPr>
          <w:rFonts w:cs="Times New Roman"/>
          <w:sz w:val="28"/>
          <w:szCs w:val="28"/>
          <w:lang w:val="ru-RU"/>
        </w:rPr>
        <w:t>п</w:t>
      </w:r>
      <w:proofErr w:type="spellEnd"/>
      <w:r w:rsidR="00530D81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530D81" w:rsidRPr="004C47EC">
        <w:rPr>
          <w:rFonts w:cs="Times New Roman"/>
          <w:sz w:val="28"/>
          <w:szCs w:val="28"/>
          <w:lang w:val="ru-RU"/>
        </w:rPr>
        <w:t>турган</w:t>
      </w:r>
      <w:proofErr w:type="spellEnd"/>
      <w:r w:rsidR="00530D81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мезгилде</w:t>
      </w:r>
      <w:r w:rsidR="006D1234" w:rsidRPr="004C47EC">
        <w:rPr>
          <w:rFonts w:cs="Times New Roman"/>
          <w:sz w:val="28"/>
          <w:szCs w:val="28"/>
          <w:lang w:val="ru-RU"/>
        </w:rPr>
        <w:t>ги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коомдук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тартип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жана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коопсуздук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Кыргыз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Республикасынын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D44A29" w:rsidRPr="004C47EC">
        <w:rPr>
          <w:rFonts w:cs="Times New Roman"/>
          <w:sz w:val="28"/>
          <w:szCs w:val="28"/>
          <w:lang w:val="ru-RU"/>
        </w:rPr>
        <w:t>м</w:t>
      </w:r>
      <w:r w:rsidRPr="004C47EC">
        <w:rPr>
          <w:rFonts w:cs="Times New Roman"/>
          <w:sz w:val="28"/>
          <w:szCs w:val="28"/>
          <w:lang w:val="ru-RU"/>
        </w:rPr>
        <w:t>ыйзамдарына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ылайык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укук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коргоо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органдарынын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кызматкерлери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тарабынан</w:t>
      </w:r>
      <w:proofErr w:type="spellEnd"/>
      <w:r w:rsidR="004A6222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4A6222" w:rsidRPr="004C47EC">
        <w:rPr>
          <w:rFonts w:cs="Times New Roman"/>
          <w:sz w:val="28"/>
          <w:szCs w:val="28"/>
          <w:lang w:val="ru-RU"/>
        </w:rPr>
        <w:t>камсыздалат</w:t>
      </w:r>
      <w:proofErr w:type="spellEnd"/>
      <w:r w:rsidR="004A6222" w:rsidRPr="004C47EC">
        <w:rPr>
          <w:rFonts w:cs="Times New Roman"/>
          <w:sz w:val="28"/>
          <w:szCs w:val="28"/>
          <w:lang w:val="ru-RU"/>
        </w:rPr>
        <w:t>.</w:t>
      </w:r>
      <w:r w:rsidRPr="004C47EC">
        <w:rPr>
          <w:rFonts w:cs="Times New Roman"/>
          <w:sz w:val="28"/>
          <w:szCs w:val="28"/>
          <w:lang w:val="ru-RU"/>
        </w:rPr>
        <w:t xml:space="preserve"> </w:t>
      </w:r>
    </w:p>
    <w:p w14:paraId="0640C51F" w14:textId="4D781538" w:rsidR="004A6222" w:rsidRPr="004C47EC" w:rsidRDefault="004A6222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26.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Укук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коргоо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органдар</w:t>
      </w:r>
      <w:r w:rsidR="003614E5" w:rsidRPr="004C47EC">
        <w:rPr>
          <w:rFonts w:cs="Times New Roman"/>
          <w:sz w:val="28"/>
          <w:szCs w:val="28"/>
          <w:lang w:val="ru-RU"/>
        </w:rPr>
        <w:t>ын</w:t>
      </w:r>
      <w:r w:rsidRPr="004C47EC">
        <w:rPr>
          <w:rFonts w:cs="Times New Roman"/>
          <w:sz w:val="28"/>
          <w:szCs w:val="28"/>
          <w:lang w:val="ru-RU"/>
        </w:rPr>
        <w:t>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кызматкерлери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614E5" w:rsidRPr="004C47EC">
        <w:rPr>
          <w:rFonts w:cs="Times New Roman"/>
          <w:sz w:val="28"/>
          <w:szCs w:val="28"/>
          <w:lang w:val="ru-RU"/>
        </w:rPr>
        <w:t>Кыргыз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614E5" w:rsidRPr="004C47EC">
        <w:rPr>
          <w:rFonts w:cs="Times New Roman"/>
          <w:sz w:val="28"/>
          <w:szCs w:val="28"/>
          <w:lang w:val="ru-RU"/>
        </w:rPr>
        <w:t>Республикасынын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614E5" w:rsidRPr="004C47EC">
        <w:rPr>
          <w:rFonts w:cs="Times New Roman"/>
          <w:sz w:val="28"/>
          <w:szCs w:val="28"/>
          <w:lang w:val="ru-RU"/>
        </w:rPr>
        <w:t>мыйзамдарында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614E5" w:rsidRPr="004C47EC">
        <w:rPr>
          <w:rFonts w:cs="Times New Roman"/>
          <w:sz w:val="28"/>
          <w:szCs w:val="28"/>
          <w:lang w:val="ru-RU"/>
        </w:rPr>
        <w:t>каралган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614E5" w:rsidRPr="004C47EC">
        <w:rPr>
          <w:rFonts w:cs="Times New Roman"/>
          <w:sz w:val="28"/>
          <w:szCs w:val="28"/>
          <w:lang w:val="ru-RU"/>
        </w:rPr>
        <w:t>учурларды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кошпогондо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3614E5" w:rsidRPr="004C47EC">
        <w:rPr>
          <w:rFonts w:cs="Times New Roman"/>
          <w:sz w:val="28"/>
          <w:szCs w:val="28"/>
          <w:lang w:val="ru-RU"/>
        </w:rPr>
        <w:t>коомдук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614E5" w:rsidRPr="004C47EC">
        <w:rPr>
          <w:rFonts w:cs="Times New Roman"/>
          <w:sz w:val="28"/>
          <w:szCs w:val="28"/>
          <w:lang w:val="ru-RU"/>
        </w:rPr>
        <w:t>байкоону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614E5" w:rsidRPr="004C47EC">
        <w:rPr>
          <w:rFonts w:cs="Times New Roman"/>
          <w:sz w:val="28"/>
          <w:szCs w:val="28"/>
          <w:lang w:val="ru-RU"/>
        </w:rPr>
        <w:t>жана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614E5" w:rsidRPr="004C47EC">
        <w:rPr>
          <w:rFonts w:cs="Times New Roman"/>
          <w:sz w:val="28"/>
          <w:szCs w:val="28"/>
          <w:lang w:val="ru-RU"/>
        </w:rPr>
        <w:t>Борбордун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614E5" w:rsidRPr="004C47EC">
        <w:rPr>
          <w:rFonts w:cs="Times New Roman"/>
          <w:sz w:val="28"/>
          <w:szCs w:val="28"/>
          <w:lang w:val="ru-RU"/>
        </w:rPr>
        <w:t>иш</w:t>
      </w:r>
      <w:r w:rsidR="00530D81" w:rsidRPr="004C47EC">
        <w:rPr>
          <w:rFonts w:cs="Times New Roman"/>
          <w:sz w:val="28"/>
          <w:szCs w:val="28"/>
          <w:lang w:val="ru-RU"/>
        </w:rPr>
        <w:t>ин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уюштурууга</w:t>
      </w:r>
      <w:proofErr w:type="spellEnd"/>
      <w:r w:rsidR="006D1234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614E5" w:rsidRPr="004C47EC">
        <w:rPr>
          <w:rFonts w:cs="Times New Roman"/>
          <w:sz w:val="28"/>
          <w:szCs w:val="28"/>
          <w:lang w:val="ru-RU"/>
        </w:rPr>
        <w:t>кийлигишүүгө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3614E5" w:rsidRPr="004C47EC">
        <w:rPr>
          <w:rFonts w:cs="Times New Roman"/>
          <w:sz w:val="28"/>
          <w:szCs w:val="28"/>
          <w:lang w:val="ru-RU"/>
        </w:rPr>
        <w:t>укуксуз</w:t>
      </w:r>
      <w:proofErr w:type="spellEnd"/>
      <w:r w:rsidR="003614E5" w:rsidRPr="004C47EC">
        <w:rPr>
          <w:rFonts w:cs="Times New Roman"/>
          <w:sz w:val="28"/>
          <w:szCs w:val="28"/>
          <w:lang w:val="ru-RU"/>
        </w:rPr>
        <w:t xml:space="preserve">.   </w:t>
      </w:r>
    </w:p>
    <w:p w14:paraId="7DD6DAD3" w14:textId="77777777" w:rsidR="0084326C" w:rsidRPr="004C47EC" w:rsidRDefault="0084326C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3695C312" w14:textId="79A4574F" w:rsidR="003614E5" w:rsidRPr="004C47EC" w:rsidRDefault="003614E5" w:rsidP="00E222E6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4C47EC">
        <w:rPr>
          <w:rFonts w:cs="Times New Roman"/>
          <w:b/>
          <w:sz w:val="28"/>
          <w:szCs w:val="28"/>
          <w:lang w:val="ru-RU"/>
        </w:rPr>
        <w:t xml:space="preserve">6.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Борбордун</w:t>
      </w:r>
      <w:proofErr w:type="spellEnd"/>
      <w:r w:rsidRPr="004C47EC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иш</w:t>
      </w:r>
      <w:r w:rsidR="00B77388" w:rsidRPr="004C47EC">
        <w:rPr>
          <w:rFonts w:cs="Times New Roman"/>
          <w:b/>
          <w:sz w:val="28"/>
          <w:szCs w:val="28"/>
          <w:lang w:val="ru-RU"/>
        </w:rPr>
        <w:t>ин</w:t>
      </w:r>
      <w:proofErr w:type="spellEnd"/>
      <w:r w:rsidRPr="004C47EC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уюштуруу</w:t>
      </w:r>
      <w:proofErr w:type="spellEnd"/>
    </w:p>
    <w:p w14:paraId="2A694B1A" w14:textId="77777777" w:rsidR="00987533" w:rsidRPr="004C47EC" w:rsidRDefault="00987533" w:rsidP="00E222E6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14:paraId="2472FBD0" w14:textId="6B52DDF5" w:rsidR="003614E5" w:rsidRPr="004C47EC" w:rsidRDefault="003614E5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27.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Борбордун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иш</w:t>
      </w:r>
      <w:r w:rsidR="00B77388" w:rsidRPr="004C47EC">
        <w:rPr>
          <w:rFonts w:cs="Times New Roman"/>
          <w:sz w:val="28"/>
          <w:szCs w:val="28"/>
          <w:lang w:val="ru-RU"/>
        </w:rPr>
        <w:t>ин</w:t>
      </w:r>
      <w:proofErr w:type="spellEnd"/>
      <w:r w:rsidR="00C37AA9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37AA9" w:rsidRPr="004C47EC">
        <w:rPr>
          <w:rFonts w:cs="Times New Roman"/>
          <w:sz w:val="28"/>
          <w:szCs w:val="28"/>
          <w:lang w:val="ru-RU"/>
        </w:rPr>
        <w:t>уюштуруу</w:t>
      </w:r>
      <w:proofErr w:type="spellEnd"/>
      <w:r w:rsidR="00C37AA9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37AA9" w:rsidRPr="004C47EC">
        <w:rPr>
          <w:rFonts w:cs="Times New Roman"/>
          <w:sz w:val="28"/>
          <w:szCs w:val="28"/>
          <w:lang w:val="ru-RU"/>
        </w:rPr>
        <w:t>жана</w:t>
      </w:r>
      <w:proofErr w:type="spellEnd"/>
      <w:r w:rsidR="00C37AA9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37AA9" w:rsidRPr="004C47EC">
        <w:rPr>
          <w:rFonts w:cs="Times New Roman"/>
          <w:sz w:val="28"/>
          <w:szCs w:val="28"/>
          <w:lang w:val="ru-RU"/>
        </w:rPr>
        <w:t>техникалык</w:t>
      </w:r>
      <w:proofErr w:type="spellEnd"/>
      <w:r w:rsidR="00C37AA9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37AA9" w:rsidRPr="004C47EC">
        <w:rPr>
          <w:rFonts w:cs="Times New Roman"/>
          <w:sz w:val="28"/>
          <w:szCs w:val="28"/>
          <w:lang w:val="ru-RU"/>
        </w:rPr>
        <w:t>камсыздоо</w:t>
      </w:r>
      <w:proofErr w:type="spellEnd"/>
      <w:r w:rsidR="00C37AA9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37AA9" w:rsidRPr="004C47EC">
        <w:rPr>
          <w:rFonts w:cs="Times New Roman"/>
          <w:sz w:val="28"/>
          <w:szCs w:val="28"/>
          <w:lang w:val="ru-RU"/>
        </w:rPr>
        <w:t>Борбордук</w:t>
      </w:r>
      <w:proofErr w:type="spellEnd"/>
      <w:r w:rsidR="00C37AA9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37AA9"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="00C37AA9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37AA9" w:rsidRPr="004C47EC">
        <w:rPr>
          <w:rFonts w:cs="Times New Roman"/>
          <w:sz w:val="28"/>
          <w:szCs w:val="28"/>
          <w:lang w:val="ru-RU"/>
        </w:rPr>
        <w:t>комиссиясынын</w:t>
      </w:r>
      <w:proofErr w:type="spellEnd"/>
      <w:r w:rsidR="00C37AA9" w:rsidRPr="004C47EC">
        <w:rPr>
          <w:rFonts w:cs="Times New Roman"/>
          <w:sz w:val="28"/>
          <w:szCs w:val="28"/>
          <w:lang w:val="ru-RU"/>
        </w:rPr>
        <w:t xml:space="preserve"> аппараты </w:t>
      </w:r>
      <w:proofErr w:type="spellStart"/>
      <w:r w:rsidR="00C37AA9" w:rsidRPr="004C47EC">
        <w:rPr>
          <w:rFonts w:cs="Times New Roman"/>
          <w:sz w:val="28"/>
          <w:szCs w:val="28"/>
          <w:lang w:val="ru-RU"/>
        </w:rPr>
        <w:t>тарабынан</w:t>
      </w:r>
      <w:proofErr w:type="spellEnd"/>
      <w:r w:rsidR="00C37AA9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37AA9" w:rsidRPr="004C47EC">
        <w:rPr>
          <w:rFonts w:cs="Times New Roman"/>
          <w:sz w:val="28"/>
          <w:szCs w:val="28"/>
          <w:lang w:val="ru-RU"/>
        </w:rPr>
        <w:t>жү</w:t>
      </w:r>
      <w:r w:rsidR="006D1234" w:rsidRPr="004C47EC">
        <w:rPr>
          <w:rFonts w:cs="Times New Roman"/>
          <w:sz w:val="28"/>
          <w:szCs w:val="28"/>
          <w:lang w:val="ru-RU"/>
        </w:rPr>
        <w:t>зөгө</w:t>
      </w:r>
      <w:proofErr w:type="spellEnd"/>
      <w:r w:rsidR="006D1234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ашырылат</w:t>
      </w:r>
      <w:proofErr w:type="spellEnd"/>
      <w:r w:rsidR="00C37AA9" w:rsidRPr="004C47EC">
        <w:rPr>
          <w:rFonts w:cs="Times New Roman"/>
          <w:sz w:val="28"/>
          <w:szCs w:val="28"/>
          <w:lang w:val="ru-RU"/>
        </w:rPr>
        <w:t xml:space="preserve">. </w:t>
      </w:r>
    </w:p>
    <w:p w14:paraId="6A332C75" w14:textId="10501B57" w:rsidR="00C37AA9" w:rsidRPr="004C47EC" w:rsidRDefault="00C37AA9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28.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Борбордун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жооптуу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кызматкерлери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Борбордук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комиссиясынын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т</w:t>
      </w:r>
      <w:r w:rsidR="009E0022" w:rsidRPr="004C47EC">
        <w:rPr>
          <w:rFonts w:cs="Times New Roman"/>
          <w:sz w:val="28"/>
          <w:szCs w:val="28"/>
          <w:lang w:val="ru-RU"/>
        </w:rPr>
        <w:t>ө</w:t>
      </w:r>
      <w:r w:rsidRPr="004C47EC">
        <w:rPr>
          <w:rFonts w:cs="Times New Roman"/>
          <w:sz w:val="28"/>
          <w:szCs w:val="28"/>
          <w:lang w:val="ru-RU"/>
        </w:rPr>
        <w:t>рагасынын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буйругу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менен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аныкталат</w:t>
      </w:r>
      <w:proofErr w:type="spellEnd"/>
      <w:r w:rsidRPr="004C47EC">
        <w:rPr>
          <w:rFonts w:cs="Times New Roman"/>
          <w:sz w:val="28"/>
          <w:szCs w:val="28"/>
          <w:lang w:val="ru-RU"/>
        </w:rPr>
        <w:t>.</w:t>
      </w:r>
    </w:p>
    <w:p w14:paraId="483D72CC" w14:textId="77777777" w:rsidR="006C48C9" w:rsidRPr="004C47EC" w:rsidRDefault="006C48C9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7869E455" w14:textId="5F67C1FA" w:rsidR="00C37AA9" w:rsidRPr="004C47EC" w:rsidRDefault="00C37AA9" w:rsidP="00E222E6">
      <w:pPr>
        <w:spacing w:after="0" w:line="240" w:lineRule="auto"/>
        <w:ind w:firstLine="400"/>
        <w:jc w:val="center"/>
        <w:rPr>
          <w:rFonts w:cs="Times New Roman"/>
          <w:b/>
          <w:sz w:val="28"/>
          <w:szCs w:val="28"/>
          <w:lang w:val="ru-RU"/>
        </w:rPr>
      </w:pPr>
      <w:r w:rsidRPr="004C47EC">
        <w:rPr>
          <w:rFonts w:cs="Times New Roman"/>
          <w:b/>
          <w:sz w:val="28"/>
          <w:szCs w:val="28"/>
          <w:lang w:val="ru-RU"/>
        </w:rPr>
        <w:lastRenderedPageBreak/>
        <w:t xml:space="preserve">7.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Борбордун</w:t>
      </w:r>
      <w:proofErr w:type="spellEnd"/>
      <w:r w:rsidRPr="004C47EC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иш</w:t>
      </w:r>
      <w:r w:rsidR="00B77388" w:rsidRPr="004C47EC">
        <w:rPr>
          <w:rFonts w:cs="Times New Roman"/>
          <w:b/>
          <w:sz w:val="28"/>
          <w:szCs w:val="28"/>
          <w:lang w:val="ru-RU"/>
        </w:rPr>
        <w:t>ини</w:t>
      </w:r>
      <w:r w:rsidR="009E0022" w:rsidRPr="004C47EC">
        <w:rPr>
          <w:rFonts w:cs="Times New Roman"/>
          <w:b/>
          <w:sz w:val="28"/>
          <w:szCs w:val="28"/>
          <w:lang w:val="ru-RU"/>
        </w:rPr>
        <w:t>н</w:t>
      </w:r>
      <w:proofErr w:type="spellEnd"/>
      <w:r w:rsidRPr="004C47EC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аякт</w:t>
      </w:r>
      <w:r w:rsidR="009E0022" w:rsidRPr="004C47EC">
        <w:rPr>
          <w:rFonts w:cs="Times New Roman"/>
          <w:b/>
          <w:sz w:val="28"/>
          <w:szCs w:val="28"/>
          <w:lang w:val="ru-RU"/>
        </w:rPr>
        <w:t>ашы</w:t>
      </w:r>
      <w:proofErr w:type="spellEnd"/>
    </w:p>
    <w:p w14:paraId="1169841F" w14:textId="77777777" w:rsidR="00AE7B59" w:rsidRPr="004C47EC" w:rsidRDefault="00AE7B59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17FE5AD4" w14:textId="6222CCFF" w:rsidR="00C37AA9" w:rsidRPr="004C47EC" w:rsidRDefault="00C37AA9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29.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өз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иш</w:t>
      </w:r>
      <w:r w:rsidR="00B77388" w:rsidRPr="004C47EC">
        <w:rPr>
          <w:rFonts w:cs="Times New Roman"/>
          <w:sz w:val="28"/>
          <w:szCs w:val="28"/>
          <w:lang w:val="ru-RU"/>
        </w:rPr>
        <w:t>ин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бардык</w:t>
      </w:r>
      <w:proofErr w:type="spellEnd"/>
      <w:r w:rsidR="006D1234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="006D1234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участокторунда</w:t>
      </w:r>
      <w:proofErr w:type="spellEnd"/>
      <w:r w:rsidR="006D1234"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анын</w:t>
      </w:r>
      <w:proofErr w:type="spellEnd"/>
      <w:r w:rsidR="006D1234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ичинде</w:t>
      </w:r>
      <w:proofErr w:type="spellEnd"/>
      <w:r w:rsidR="006D1234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добуштарды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саноо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акыркы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болуп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аяктаган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учас</w:t>
      </w:r>
      <w:r w:rsidR="00C77E94" w:rsidRPr="004C47EC">
        <w:rPr>
          <w:rFonts w:cs="Times New Roman"/>
          <w:sz w:val="28"/>
          <w:szCs w:val="28"/>
          <w:lang w:val="ru-RU"/>
        </w:rPr>
        <w:t>тогун</w:t>
      </w:r>
      <w:r w:rsidR="006D1234" w:rsidRPr="004C47EC">
        <w:rPr>
          <w:rFonts w:cs="Times New Roman"/>
          <w:sz w:val="28"/>
          <w:szCs w:val="28"/>
          <w:lang w:val="ru-RU"/>
        </w:rPr>
        <w:t>да</w:t>
      </w:r>
      <w:proofErr w:type="spellEnd"/>
      <w:r w:rsidR="006D1234"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="00C77E94" w:rsidRPr="004C47EC">
        <w:rPr>
          <w:rFonts w:cs="Times New Roman"/>
          <w:sz w:val="28"/>
          <w:szCs w:val="28"/>
          <w:lang w:val="ru-RU"/>
        </w:rPr>
        <w:t>добуштарды</w:t>
      </w:r>
      <w:proofErr w:type="spellEnd"/>
      <w:r w:rsidR="00C77E94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саноону</w:t>
      </w:r>
      <w:proofErr w:type="spellEnd"/>
      <w:r w:rsidR="00C77E94" w:rsidRPr="004C47EC">
        <w:rPr>
          <w:rFonts w:cs="Times New Roman"/>
          <w:sz w:val="28"/>
          <w:szCs w:val="28"/>
          <w:lang w:val="ru-RU"/>
        </w:rPr>
        <w:t xml:space="preserve"> онлайн-</w:t>
      </w:r>
      <w:proofErr w:type="spellStart"/>
      <w:r w:rsidR="00C77E94" w:rsidRPr="004C47EC">
        <w:rPr>
          <w:rFonts w:cs="Times New Roman"/>
          <w:sz w:val="28"/>
          <w:szCs w:val="28"/>
          <w:lang w:val="ru-RU"/>
        </w:rPr>
        <w:t>видеок</w:t>
      </w:r>
      <w:r w:rsidR="009E0022" w:rsidRPr="004C47EC">
        <w:rPr>
          <w:rFonts w:cs="Times New Roman"/>
          <w:sz w:val="28"/>
          <w:szCs w:val="28"/>
          <w:lang w:val="ru-RU"/>
        </w:rPr>
        <w:t>ө</w:t>
      </w:r>
      <w:r w:rsidR="00C77E94" w:rsidRPr="004C47EC">
        <w:rPr>
          <w:rFonts w:cs="Times New Roman"/>
          <w:sz w:val="28"/>
          <w:szCs w:val="28"/>
          <w:lang w:val="ru-RU"/>
        </w:rPr>
        <w:t>рсөтүү</w:t>
      </w:r>
      <w:proofErr w:type="spellEnd"/>
      <w:r w:rsidR="00C77E94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77E94" w:rsidRPr="004C47EC">
        <w:rPr>
          <w:rFonts w:cs="Times New Roman"/>
          <w:sz w:val="28"/>
          <w:szCs w:val="28"/>
          <w:lang w:val="ru-RU"/>
        </w:rPr>
        <w:t>аяктагандан</w:t>
      </w:r>
      <w:proofErr w:type="spellEnd"/>
      <w:r w:rsidR="00C77E94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77E94" w:rsidRPr="004C47EC">
        <w:rPr>
          <w:rFonts w:cs="Times New Roman"/>
          <w:sz w:val="28"/>
          <w:szCs w:val="28"/>
          <w:lang w:val="ru-RU"/>
        </w:rPr>
        <w:t>кийин</w:t>
      </w:r>
      <w:proofErr w:type="spellEnd"/>
      <w:r w:rsidR="00C77E94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C77E94" w:rsidRPr="004C47EC">
        <w:rPr>
          <w:rFonts w:cs="Times New Roman"/>
          <w:sz w:val="28"/>
          <w:szCs w:val="28"/>
          <w:lang w:val="ru-RU"/>
        </w:rPr>
        <w:t>жыйынтыктайт</w:t>
      </w:r>
      <w:proofErr w:type="spellEnd"/>
      <w:r w:rsidR="00C77E94" w:rsidRPr="004C47EC">
        <w:rPr>
          <w:rFonts w:cs="Times New Roman"/>
          <w:sz w:val="28"/>
          <w:szCs w:val="28"/>
          <w:lang w:val="ru-RU"/>
        </w:rPr>
        <w:t>.</w:t>
      </w:r>
      <w:r w:rsidRPr="004C47EC">
        <w:rPr>
          <w:rFonts w:cs="Times New Roman"/>
          <w:sz w:val="28"/>
          <w:szCs w:val="28"/>
          <w:lang w:val="ru-RU"/>
        </w:rPr>
        <w:t xml:space="preserve"> </w:t>
      </w:r>
    </w:p>
    <w:p w14:paraId="13EF2806" w14:textId="4D729669" w:rsidR="00C77E94" w:rsidRPr="004C47EC" w:rsidRDefault="00C77E94" w:rsidP="00E222E6">
      <w:pPr>
        <w:spacing w:after="0" w:line="240" w:lineRule="auto"/>
        <w:ind w:firstLine="400"/>
        <w:jc w:val="both"/>
        <w:rPr>
          <w:rFonts w:cs="Times New Roman"/>
          <w:i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30.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Борбордун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иш</w:t>
      </w:r>
      <w:r w:rsidR="00B77388" w:rsidRPr="004C47EC">
        <w:rPr>
          <w:rFonts w:cs="Times New Roman"/>
          <w:sz w:val="28"/>
          <w:szCs w:val="28"/>
          <w:lang w:val="ru-RU"/>
        </w:rPr>
        <w:t>и</w:t>
      </w:r>
      <w:proofErr w:type="spellEnd"/>
      <w:r w:rsidR="00B77388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аякта</w:t>
      </w:r>
      <w:r w:rsidR="006D1234" w:rsidRPr="004C47EC">
        <w:rPr>
          <w:rFonts w:cs="Times New Roman"/>
          <w:sz w:val="28"/>
          <w:szCs w:val="28"/>
          <w:lang w:val="ru-RU"/>
        </w:rPr>
        <w:t>ганда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жооптуу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жумушчулар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келүүчүлөрдү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каттоо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журналын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өткөрүп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берүүнү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ошондой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эле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убактылуу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идентификациялык</w:t>
      </w:r>
      <w:proofErr w:type="spellEnd"/>
      <w:r w:rsidR="006D1234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бейдждерди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тапшырууну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камсыз</w:t>
      </w:r>
      <w:proofErr w:type="spellEnd"/>
      <w:r w:rsidR="006D1234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6D1234" w:rsidRPr="004C47EC">
        <w:rPr>
          <w:rFonts w:cs="Times New Roman"/>
          <w:sz w:val="28"/>
          <w:szCs w:val="28"/>
          <w:lang w:val="ru-RU"/>
        </w:rPr>
        <w:t>кылыш</w:t>
      </w:r>
      <w:r w:rsidRPr="004C47EC">
        <w:rPr>
          <w:rFonts w:cs="Times New Roman"/>
          <w:sz w:val="28"/>
          <w:szCs w:val="28"/>
          <w:lang w:val="ru-RU"/>
        </w:rPr>
        <w:t>ат</w:t>
      </w:r>
      <w:proofErr w:type="spellEnd"/>
      <w:r w:rsidRPr="004C47EC">
        <w:rPr>
          <w:rFonts w:cs="Times New Roman"/>
          <w:sz w:val="28"/>
          <w:szCs w:val="28"/>
          <w:lang w:val="ru-RU"/>
        </w:rPr>
        <w:t>.</w:t>
      </w:r>
    </w:p>
    <w:p w14:paraId="58DF19B6" w14:textId="6EFACBD4" w:rsidR="003D1745" w:rsidRPr="004C47EC" w:rsidRDefault="00C77E94" w:rsidP="00E222E6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t xml:space="preserve">31. </w:t>
      </w:r>
      <w:proofErr w:type="spellStart"/>
      <w:r w:rsidR="0048653D" w:rsidRPr="004C47EC">
        <w:rPr>
          <w:rFonts w:cs="Times New Roman"/>
          <w:sz w:val="28"/>
          <w:szCs w:val="28"/>
          <w:lang w:val="ru-RU"/>
        </w:rPr>
        <w:t>Келүүчүлөрдү</w:t>
      </w:r>
      <w:proofErr w:type="spellEnd"/>
      <w:r w:rsidR="0048653D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48653D" w:rsidRPr="004C47EC">
        <w:rPr>
          <w:rFonts w:cs="Times New Roman"/>
          <w:sz w:val="28"/>
          <w:szCs w:val="28"/>
          <w:lang w:val="ru-RU"/>
        </w:rPr>
        <w:t>каттоо</w:t>
      </w:r>
      <w:proofErr w:type="spellEnd"/>
      <w:r w:rsidR="0048653D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48653D" w:rsidRPr="004C47EC">
        <w:rPr>
          <w:rFonts w:cs="Times New Roman"/>
          <w:sz w:val="28"/>
          <w:szCs w:val="28"/>
          <w:lang w:val="ru-RU"/>
        </w:rPr>
        <w:t>журналынын</w:t>
      </w:r>
      <w:proofErr w:type="spellEnd"/>
      <w:r w:rsidR="0048653D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48653D" w:rsidRPr="004C47EC">
        <w:rPr>
          <w:rFonts w:cs="Times New Roman"/>
          <w:sz w:val="28"/>
          <w:szCs w:val="28"/>
          <w:lang w:val="ru-RU"/>
        </w:rPr>
        <w:t>сакталышы</w:t>
      </w:r>
      <w:proofErr w:type="spellEnd"/>
      <w:r w:rsidR="0048653D"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Борбордук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шайлоо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комиссиясынын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аппараты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тарабынан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белгиленген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тартипте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камсыздалат</w:t>
      </w:r>
      <w:proofErr w:type="spellEnd"/>
      <w:r w:rsidRPr="004C47EC">
        <w:rPr>
          <w:rFonts w:cs="Times New Roman"/>
          <w:sz w:val="28"/>
          <w:szCs w:val="28"/>
          <w:lang w:val="ru-RU"/>
        </w:rPr>
        <w:t>.</w:t>
      </w:r>
      <w:r w:rsidR="00221AC8" w:rsidRPr="004C47EC">
        <w:rPr>
          <w:rFonts w:cs="Times New Roman"/>
          <w:sz w:val="28"/>
          <w:szCs w:val="28"/>
          <w:lang w:val="ru-RU"/>
        </w:rPr>
        <w:t xml:space="preserve"> </w:t>
      </w:r>
    </w:p>
    <w:p w14:paraId="01EA496A" w14:textId="77777777" w:rsidR="00C47124" w:rsidRPr="004C47EC" w:rsidRDefault="00BD7D6D" w:rsidP="00E222E6">
      <w:pPr>
        <w:spacing w:after="0" w:line="240" w:lineRule="auto"/>
        <w:rPr>
          <w:rFonts w:cs="Times New Roman"/>
          <w:sz w:val="28"/>
          <w:szCs w:val="28"/>
          <w:lang w:val="ru-RU"/>
        </w:rPr>
      </w:pPr>
      <w:r w:rsidRPr="004C47EC">
        <w:rPr>
          <w:rFonts w:cs="Times New Roman"/>
          <w:sz w:val="28"/>
          <w:szCs w:val="28"/>
          <w:lang w:val="ru-RU"/>
        </w:rPr>
        <w:br w:type="page"/>
      </w:r>
    </w:p>
    <w:p w14:paraId="24B2EE64" w14:textId="52E8817A" w:rsidR="00BE1CE0" w:rsidRPr="004C47EC" w:rsidRDefault="00BE1CE0" w:rsidP="00E222E6">
      <w:pPr>
        <w:spacing w:after="0" w:line="240" w:lineRule="auto"/>
        <w:ind w:left="6237"/>
        <w:rPr>
          <w:rFonts w:cs="Times New Roman"/>
          <w:sz w:val="28"/>
          <w:szCs w:val="28"/>
          <w:lang w:val="ru-RU"/>
        </w:rPr>
      </w:pPr>
      <w:proofErr w:type="spellStart"/>
      <w:r w:rsidRPr="004C47EC">
        <w:rPr>
          <w:rFonts w:cs="Times New Roman"/>
          <w:sz w:val="28"/>
          <w:szCs w:val="28"/>
          <w:lang w:val="ru-RU"/>
        </w:rPr>
        <w:lastRenderedPageBreak/>
        <w:t>Коомдук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байкоо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борборунун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иш</w:t>
      </w:r>
      <w:r w:rsidR="00E222E6" w:rsidRPr="004C47EC">
        <w:rPr>
          <w:rFonts w:cs="Times New Roman"/>
          <w:sz w:val="28"/>
          <w:szCs w:val="28"/>
          <w:lang w:val="ru-RU"/>
        </w:rPr>
        <w:t>мердиг</w:t>
      </w:r>
      <w:r w:rsidR="00B77388" w:rsidRPr="004C47EC">
        <w:rPr>
          <w:rFonts w:cs="Times New Roman"/>
          <w:sz w:val="28"/>
          <w:szCs w:val="28"/>
          <w:lang w:val="ru-RU"/>
        </w:rPr>
        <w:t>ин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sz w:val="28"/>
          <w:szCs w:val="28"/>
          <w:lang w:val="ru-RU"/>
        </w:rPr>
        <w:t>уюштуруу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B77388" w:rsidRPr="004C47EC">
        <w:rPr>
          <w:rFonts w:cs="Times New Roman"/>
          <w:sz w:val="28"/>
          <w:szCs w:val="28"/>
          <w:lang w:val="ru-RU"/>
        </w:rPr>
        <w:t>т</w:t>
      </w:r>
      <w:r w:rsidRPr="004C47EC">
        <w:rPr>
          <w:rFonts w:cs="Times New Roman"/>
          <w:sz w:val="28"/>
          <w:szCs w:val="28"/>
          <w:lang w:val="ru-RU"/>
        </w:rPr>
        <w:t>артибине</w:t>
      </w:r>
      <w:proofErr w:type="spellEnd"/>
      <w:r w:rsidRPr="004C47EC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B77388" w:rsidRPr="004C47EC">
        <w:rPr>
          <w:rFonts w:cs="Times New Roman"/>
          <w:sz w:val="28"/>
          <w:szCs w:val="28"/>
          <w:lang w:val="ru-RU"/>
        </w:rPr>
        <w:t>т</w:t>
      </w:r>
      <w:r w:rsidRPr="004C47EC">
        <w:rPr>
          <w:rFonts w:cs="Times New Roman"/>
          <w:sz w:val="28"/>
          <w:szCs w:val="28"/>
          <w:lang w:val="ru-RU"/>
        </w:rPr>
        <w:t>иркеме</w:t>
      </w:r>
      <w:proofErr w:type="spellEnd"/>
    </w:p>
    <w:p w14:paraId="7F704ABD" w14:textId="4AEC16C4" w:rsidR="00BE1CE0" w:rsidRDefault="00BE1CE0" w:rsidP="00E222E6">
      <w:pPr>
        <w:spacing w:after="0" w:line="240" w:lineRule="auto"/>
        <w:ind w:left="6237"/>
        <w:rPr>
          <w:rFonts w:cs="Times New Roman"/>
          <w:b/>
          <w:sz w:val="28"/>
          <w:szCs w:val="28"/>
          <w:lang w:val="ru-RU"/>
        </w:rPr>
      </w:pPr>
    </w:p>
    <w:p w14:paraId="5E323CE3" w14:textId="77777777" w:rsidR="004C47EC" w:rsidRPr="004C47EC" w:rsidRDefault="004C47EC" w:rsidP="00E222E6">
      <w:pPr>
        <w:spacing w:after="0" w:line="240" w:lineRule="auto"/>
        <w:ind w:left="6237"/>
        <w:rPr>
          <w:rFonts w:cs="Times New Roman"/>
          <w:b/>
          <w:sz w:val="28"/>
          <w:szCs w:val="28"/>
          <w:lang w:val="ru-RU"/>
        </w:rPr>
      </w:pPr>
    </w:p>
    <w:p w14:paraId="11F041C1" w14:textId="42DE4365" w:rsidR="00BE1CE0" w:rsidRPr="004C47EC" w:rsidRDefault="00BE1CE0" w:rsidP="00E222E6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proofErr w:type="spellStart"/>
      <w:r w:rsidRPr="004C47EC">
        <w:rPr>
          <w:rFonts w:cs="Times New Roman"/>
          <w:b/>
          <w:sz w:val="28"/>
          <w:szCs w:val="28"/>
          <w:lang w:val="ru-RU"/>
        </w:rPr>
        <w:t>Коомдук</w:t>
      </w:r>
      <w:proofErr w:type="spellEnd"/>
      <w:r w:rsidRPr="004C47EC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байкоо</w:t>
      </w:r>
      <w:proofErr w:type="spellEnd"/>
      <w:r w:rsidRPr="004C47EC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борборун</w:t>
      </w:r>
      <w:r w:rsidR="00B77388" w:rsidRPr="004C47EC">
        <w:rPr>
          <w:rFonts w:cs="Times New Roman"/>
          <w:b/>
          <w:sz w:val="28"/>
          <w:szCs w:val="28"/>
          <w:lang w:val="ru-RU"/>
        </w:rPr>
        <w:t>а</w:t>
      </w:r>
      <w:proofErr w:type="spellEnd"/>
      <w:r w:rsidRPr="004C47EC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келүүчүлөр</w:t>
      </w:r>
      <w:r w:rsidR="00B77388" w:rsidRPr="004C47EC">
        <w:rPr>
          <w:rFonts w:cs="Times New Roman"/>
          <w:b/>
          <w:sz w:val="28"/>
          <w:szCs w:val="28"/>
          <w:lang w:val="ru-RU"/>
        </w:rPr>
        <w:t>дү</w:t>
      </w:r>
      <w:proofErr w:type="spellEnd"/>
      <w:r w:rsidRPr="004C47EC">
        <w:rPr>
          <w:rFonts w:cs="Times New Roman"/>
          <w:b/>
          <w:sz w:val="28"/>
          <w:szCs w:val="28"/>
          <w:lang w:val="ru-RU"/>
        </w:rPr>
        <w:t xml:space="preserve"> </w:t>
      </w:r>
      <w:proofErr w:type="spellStart"/>
      <w:r w:rsidRPr="004C47EC">
        <w:rPr>
          <w:rFonts w:cs="Times New Roman"/>
          <w:b/>
          <w:sz w:val="28"/>
          <w:szCs w:val="28"/>
          <w:lang w:val="ru-RU"/>
        </w:rPr>
        <w:t>каттоо</w:t>
      </w:r>
      <w:proofErr w:type="spellEnd"/>
    </w:p>
    <w:p w14:paraId="49173DCA" w14:textId="77777777" w:rsidR="00BE1CE0" w:rsidRPr="004C47EC" w:rsidRDefault="00BE1CE0" w:rsidP="00E222E6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4C47EC">
        <w:rPr>
          <w:rFonts w:cs="Times New Roman"/>
          <w:b/>
          <w:sz w:val="28"/>
          <w:szCs w:val="28"/>
          <w:lang w:val="ru-RU"/>
        </w:rPr>
        <w:t xml:space="preserve"> ЖУРНАЛЫ</w:t>
      </w:r>
    </w:p>
    <w:p w14:paraId="1BAA3C76" w14:textId="77777777" w:rsidR="003C7366" w:rsidRPr="004C47EC" w:rsidRDefault="003C7366" w:rsidP="00E222E6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tbl>
      <w:tblPr>
        <w:tblStyle w:val="aff0"/>
        <w:tblW w:w="9395" w:type="dxa"/>
        <w:jc w:val="center"/>
        <w:tblLook w:val="04A0" w:firstRow="1" w:lastRow="0" w:firstColumn="1" w:lastColumn="0" w:noHBand="0" w:noVBand="1"/>
      </w:tblPr>
      <w:tblGrid>
        <w:gridCol w:w="613"/>
        <w:gridCol w:w="4568"/>
        <w:gridCol w:w="2200"/>
        <w:gridCol w:w="2014"/>
      </w:tblGrid>
      <w:tr w:rsidR="0053438D" w:rsidRPr="004C47EC" w14:paraId="3011A577" w14:textId="77777777" w:rsidTr="00171583">
        <w:trPr>
          <w:trHeight w:val="310"/>
          <w:jc w:val="center"/>
        </w:trPr>
        <w:tc>
          <w:tcPr>
            <w:tcW w:w="613" w:type="dxa"/>
            <w:vAlign w:val="center"/>
          </w:tcPr>
          <w:p w14:paraId="6CDE38AE" w14:textId="77777777" w:rsidR="00171583" w:rsidRPr="004C47EC" w:rsidRDefault="00171583" w:rsidP="00E222E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C47EC">
              <w:rPr>
                <w:rFonts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68" w:type="dxa"/>
            <w:vAlign w:val="center"/>
          </w:tcPr>
          <w:p w14:paraId="243165CC" w14:textId="77777777" w:rsidR="00171583" w:rsidRPr="004C47EC" w:rsidRDefault="00BE1CE0" w:rsidP="00E222E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C47EC">
              <w:rPr>
                <w:rFonts w:cs="Times New Roman"/>
                <w:b/>
                <w:sz w:val="28"/>
                <w:szCs w:val="28"/>
                <w:lang w:val="ky-KG"/>
              </w:rPr>
              <w:t>Аты-жөнү</w:t>
            </w:r>
          </w:p>
        </w:tc>
        <w:tc>
          <w:tcPr>
            <w:tcW w:w="2200" w:type="dxa"/>
            <w:vAlign w:val="center"/>
          </w:tcPr>
          <w:p w14:paraId="161AFCE2" w14:textId="71161852" w:rsidR="00171583" w:rsidRPr="004C47EC" w:rsidRDefault="00171583" w:rsidP="00E222E6">
            <w:pPr>
              <w:jc w:val="center"/>
              <w:rPr>
                <w:rFonts w:cs="Times New Roman"/>
                <w:sz w:val="28"/>
                <w:szCs w:val="28"/>
                <w:lang w:val="ky-KG"/>
              </w:rPr>
            </w:pPr>
            <w:proofErr w:type="spellStart"/>
            <w:r w:rsidRPr="004C47EC">
              <w:rPr>
                <w:rFonts w:cs="Times New Roman"/>
                <w:b/>
                <w:sz w:val="28"/>
                <w:szCs w:val="28"/>
              </w:rPr>
              <w:t>Дата</w:t>
            </w:r>
            <w:proofErr w:type="spellEnd"/>
            <w:r w:rsidR="00B77388" w:rsidRPr="004C47EC">
              <w:rPr>
                <w:rFonts w:cs="Times New Roman"/>
                <w:b/>
                <w:sz w:val="28"/>
                <w:szCs w:val="28"/>
                <w:lang w:val="ky-KG"/>
              </w:rPr>
              <w:t>сы</w:t>
            </w:r>
          </w:p>
        </w:tc>
        <w:tc>
          <w:tcPr>
            <w:tcW w:w="2014" w:type="dxa"/>
          </w:tcPr>
          <w:p w14:paraId="24641F4D" w14:textId="346C147D" w:rsidR="00171583" w:rsidRPr="004C47EC" w:rsidRDefault="00B77388" w:rsidP="00E222E6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C47EC">
              <w:rPr>
                <w:rFonts w:cs="Times New Roman"/>
                <w:b/>
                <w:sz w:val="28"/>
                <w:szCs w:val="28"/>
                <w:lang w:val="ky-KG"/>
              </w:rPr>
              <w:t>У</w:t>
            </w:r>
            <w:r w:rsidR="00BE1CE0" w:rsidRPr="004C47EC">
              <w:rPr>
                <w:rFonts w:cs="Times New Roman"/>
                <w:b/>
                <w:sz w:val="28"/>
                <w:szCs w:val="28"/>
                <w:lang w:val="ky-KG"/>
              </w:rPr>
              <w:t>бактысы</w:t>
            </w:r>
          </w:p>
        </w:tc>
      </w:tr>
      <w:tr w:rsidR="0053438D" w:rsidRPr="004C47EC" w14:paraId="6E636F40" w14:textId="77777777" w:rsidTr="00171583">
        <w:trPr>
          <w:trHeight w:val="209"/>
          <w:jc w:val="center"/>
        </w:trPr>
        <w:tc>
          <w:tcPr>
            <w:tcW w:w="613" w:type="dxa"/>
          </w:tcPr>
          <w:p w14:paraId="30058D90" w14:textId="77777777" w:rsidR="00171583" w:rsidRPr="004C47EC" w:rsidRDefault="00171583" w:rsidP="00E222E6">
            <w:pPr>
              <w:rPr>
                <w:rFonts w:cs="Times New Roman"/>
                <w:sz w:val="28"/>
                <w:szCs w:val="28"/>
              </w:rPr>
            </w:pPr>
            <w:r w:rsidRPr="004C47EC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568" w:type="dxa"/>
          </w:tcPr>
          <w:p w14:paraId="6014A427" w14:textId="77777777" w:rsidR="00171583" w:rsidRPr="004C47EC" w:rsidRDefault="00171583" w:rsidP="00E222E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14:paraId="12EA5A04" w14:textId="77777777" w:rsidR="00171583" w:rsidRPr="004C47EC" w:rsidRDefault="00171583" w:rsidP="00E222E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438C09DE" w14:textId="77777777" w:rsidR="00171583" w:rsidRPr="004C47EC" w:rsidRDefault="00171583" w:rsidP="00E222E6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53438D" w:rsidRPr="004C47EC" w14:paraId="40AE9E22" w14:textId="77777777" w:rsidTr="00171583">
        <w:trPr>
          <w:trHeight w:val="209"/>
          <w:jc w:val="center"/>
        </w:trPr>
        <w:tc>
          <w:tcPr>
            <w:tcW w:w="613" w:type="dxa"/>
          </w:tcPr>
          <w:p w14:paraId="77AFCFC6" w14:textId="77777777" w:rsidR="00171583" w:rsidRPr="004C47EC" w:rsidRDefault="00171583" w:rsidP="00E222E6">
            <w:pPr>
              <w:rPr>
                <w:rFonts w:cs="Times New Roman"/>
                <w:sz w:val="28"/>
                <w:szCs w:val="28"/>
              </w:rPr>
            </w:pPr>
            <w:r w:rsidRPr="004C47EC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568" w:type="dxa"/>
          </w:tcPr>
          <w:p w14:paraId="2EC2E3EE" w14:textId="77777777" w:rsidR="00171583" w:rsidRPr="004C47EC" w:rsidRDefault="00171583" w:rsidP="00E222E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14:paraId="05AEE4D3" w14:textId="77777777" w:rsidR="00171583" w:rsidRPr="004C47EC" w:rsidRDefault="00171583" w:rsidP="00E222E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218D3172" w14:textId="77777777" w:rsidR="00171583" w:rsidRPr="004C47EC" w:rsidRDefault="00171583" w:rsidP="00E222E6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171583" w:rsidRPr="004C47EC" w14:paraId="55F8E8CA" w14:textId="77777777" w:rsidTr="00171583">
        <w:trPr>
          <w:trHeight w:val="209"/>
          <w:jc w:val="center"/>
        </w:trPr>
        <w:tc>
          <w:tcPr>
            <w:tcW w:w="613" w:type="dxa"/>
          </w:tcPr>
          <w:p w14:paraId="05F54F47" w14:textId="77777777" w:rsidR="00171583" w:rsidRPr="004C47EC" w:rsidRDefault="00171583" w:rsidP="00E222E6">
            <w:pPr>
              <w:rPr>
                <w:rFonts w:cs="Times New Roman"/>
                <w:sz w:val="28"/>
                <w:szCs w:val="28"/>
              </w:rPr>
            </w:pPr>
            <w:r w:rsidRPr="004C47EC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568" w:type="dxa"/>
          </w:tcPr>
          <w:p w14:paraId="2EEF10DD" w14:textId="77777777" w:rsidR="00171583" w:rsidRPr="004C47EC" w:rsidRDefault="00171583" w:rsidP="00E222E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14:paraId="2466BF5C" w14:textId="77777777" w:rsidR="00171583" w:rsidRPr="004C47EC" w:rsidRDefault="00171583" w:rsidP="00E222E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14C7F46E" w14:textId="77777777" w:rsidR="00171583" w:rsidRPr="004C47EC" w:rsidRDefault="00171583" w:rsidP="00E222E6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14:paraId="49077C80" w14:textId="77777777" w:rsidR="00C47124" w:rsidRPr="004C47EC" w:rsidRDefault="00C47124" w:rsidP="00E222E6">
      <w:pPr>
        <w:spacing w:after="0" w:line="240" w:lineRule="auto"/>
        <w:rPr>
          <w:rFonts w:cs="Times New Roman"/>
          <w:sz w:val="28"/>
          <w:szCs w:val="28"/>
        </w:rPr>
      </w:pPr>
    </w:p>
    <w:p w14:paraId="3F4022A7" w14:textId="77777777" w:rsidR="00550EEB" w:rsidRPr="004C47EC" w:rsidRDefault="00550EEB" w:rsidP="00E222E6">
      <w:pPr>
        <w:spacing w:after="0" w:line="240" w:lineRule="auto"/>
        <w:rPr>
          <w:rFonts w:cs="Times New Roman"/>
          <w:sz w:val="28"/>
          <w:szCs w:val="28"/>
        </w:rPr>
      </w:pPr>
    </w:p>
    <w:p w14:paraId="1A7E2694" w14:textId="77777777" w:rsidR="00550EEB" w:rsidRPr="004C47EC" w:rsidRDefault="00550EEB" w:rsidP="00E222E6">
      <w:pPr>
        <w:spacing w:after="0" w:line="240" w:lineRule="auto"/>
        <w:rPr>
          <w:rFonts w:cs="Times New Roman"/>
          <w:sz w:val="28"/>
          <w:szCs w:val="28"/>
        </w:rPr>
      </w:pPr>
    </w:p>
    <w:sectPr w:rsidR="00550EEB" w:rsidRPr="004C47EC" w:rsidSect="00987533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D33A08"/>
    <w:multiLevelType w:val="multilevel"/>
    <w:tmpl w:val="E984079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9A4F44"/>
    <w:multiLevelType w:val="hybridMultilevel"/>
    <w:tmpl w:val="36E0B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41093"/>
    <w:multiLevelType w:val="hybridMultilevel"/>
    <w:tmpl w:val="D3F27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41C6"/>
    <w:rsid w:val="00034616"/>
    <w:rsid w:val="0006063C"/>
    <w:rsid w:val="00094B56"/>
    <w:rsid w:val="000E3F09"/>
    <w:rsid w:val="000F6B92"/>
    <w:rsid w:val="0015074B"/>
    <w:rsid w:val="00171583"/>
    <w:rsid w:val="00181610"/>
    <w:rsid w:val="001874F7"/>
    <w:rsid w:val="001E7D35"/>
    <w:rsid w:val="001F761F"/>
    <w:rsid w:val="00221AC8"/>
    <w:rsid w:val="00237B0D"/>
    <w:rsid w:val="00267F6D"/>
    <w:rsid w:val="0029639D"/>
    <w:rsid w:val="002C069A"/>
    <w:rsid w:val="002D0307"/>
    <w:rsid w:val="002D669B"/>
    <w:rsid w:val="002D6FA7"/>
    <w:rsid w:val="002F3DDA"/>
    <w:rsid w:val="00301712"/>
    <w:rsid w:val="003055E5"/>
    <w:rsid w:val="003116FA"/>
    <w:rsid w:val="00326F90"/>
    <w:rsid w:val="003614E5"/>
    <w:rsid w:val="00364904"/>
    <w:rsid w:val="003A1B19"/>
    <w:rsid w:val="003C037A"/>
    <w:rsid w:val="003C7129"/>
    <w:rsid w:val="003C7366"/>
    <w:rsid w:val="003D1745"/>
    <w:rsid w:val="003E1B42"/>
    <w:rsid w:val="004134C1"/>
    <w:rsid w:val="004312B7"/>
    <w:rsid w:val="0044319B"/>
    <w:rsid w:val="0048653D"/>
    <w:rsid w:val="004A3833"/>
    <w:rsid w:val="004A6222"/>
    <w:rsid w:val="004C47EC"/>
    <w:rsid w:val="00530D81"/>
    <w:rsid w:val="0053438D"/>
    <w:rsid w:val="00546899"/>
    <w:rsid w:val="00546E00"/>
    <w:rsid w:val="00550EEB"/>
    <w:rsid w:val="00580412"/>
    <w:rsid w:val="00586060"/>
    <w:rsid w:val="005D3D8E"/>
    <w:rsid w:val="006218E3"/>
    <w:rsid w:val="00646442"/>
    <w:rsid w:val="00653DC1"/>
    <w:rsid w:val="00676DA8"/>
    <w:rsid w:val="006C48C9"/>
    <w:rsid w:val="006D1234"/>
    <w:rsid w:val="006D16A1"/>
    <w:rsid w:val="00714E4F"/>
    <w:rsid w:val="00734623"/>
    <w:rsid w:val="00776080"/>
    <w:rsid w:val="00782CE3"/>
    <w:rsid w:val="007931D3"/>
    <w:rsid w:val="00815EEA"/>
    <w:rsid w:val="00816EBC"/>
    <w:rsid w:val="0084306A"/>
    <w:rsid w:val="0084326C"/>
    <w:rsid w:val="008B59F7"/>
    <w:rsid w:val="009815B4"/>
    <w:rsid w:val="00987533"/>
    <w:rsid w:val="009B142E"/>
    <w:rsid w:val="009D6ADA"/>
    <w:rsid w:val="009E0022"/>
    <w:rsid w:val="00A41598"/>
    <w:rsid w:val="00AA0165"/>
    <w:rsid w:val="00AA1D8D"/>
    <w:rsid w:val="00AC47EE"/>
    <w:rsid w:val="00AE7B59"/>
    <w:rsid w:val="00B3234C"/>
    <w:rsid w:val="00B42B05"/>
    <w:rsid w:val="00B47730"/>
    <w:rsid w:val="00B54944"/>
    <w:rsid w:val="00B55923"/>
    <w:rsid w:val="00B5752C"/>
    <w:rsid w:val="00B77388"/>
    <w:rsid w:val="00B82F66"/>
    <w:rsid w:val="00B85649"/>
    <w:rsid w:val="00BA2D3C"/>
    <w:rsid w:val="00BB1820"/>
    <w:rsid w:val="00BD7D6D"/>
    <w:rsid w:val="00BE1CE0"/>
    <w:rsid w:val="00C3581D"/>
    <w:rsid w:val="00C37AA9"/>
    <w:rsid w:val="00C43C55"/>
    <w:rsid w:val="00C47124"/>
    <w:rsid w:val="00C77E94"/>
    <w:rsid w:val="00C80062"/>
    <w:rsid w:val="00C86360"/>
    <w:rsid w:val="00C96F0A"/>
    <w:rsid w:val="00CB0664"/>
    <w:rsid w:val="00CC2EAA"/>
    <w:rsid w:val="00CF318B"/>
    <w:rsid w:val="00D037EF"/>
    <w:rsid w:val="00D44A29"/>
    <w:rsid w:val="00D7515B"/>
    <w:rsid w:val="00DA1C23"/>
    <w:rsid w:val="00DB6B27"/>
    <w:rsid w:val="00E02E42"/>
    <w:rsid w:val="00E222E6"/>
    <w:rsid w:val="00E23BC9"/>
    <w:rsid w:val="00E26522"/>
    <w:rsid w:val="00E84850"/>
    <w:rsid w:val="00EC7720"/>
    <w:rsid w:val="00EF7784"/>
    <w:rsid w:val="00F00846"/>
    <w:rsid w:val="00F06B6E"/>
    <w:rsid w:val="00FC693F"/>
    <w:rsid w:val="00FD4ED8"/>
    <w:rsid w:val="00FD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49A47"/>
  <w14:defaultImageDpi w14:val="300"/>
  <w15:docId w15:val="{E2C7773D-C123-44D3-8B59-BBB12A4C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9815B4"/>
    <w:rPr>
      <w:rFonts w:cs="Times New Roman"/>
      <w:szCs w:val="24"/>
    </w:rPr>
  </w:style>
  <w:style w:type="paragraph" w:styleId="aff9">
    <w:name w:val="Balloon Text"/>
    <w:basedOn w:val="a1"/>
    <w:link w:val="affa"/>
    <w:uiPriority w:val="99"/>
    <w:semiHidden/>
    <w:unhideWhenUsed/>
    <w:rsid w:val="004C4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4C47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6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39A85E-7AEC-423C-A8C5-92D60947D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968</Words>
  <Characters>5520</Characters>
  <Application>Microsoft Office Word</Application>
  <DocSecurity>0</DocSecurity>
  <Lines>46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ЦИК КР</cp:lastModifiedBy>
  <cp:revision>5</cp:revision>
  <cp:lastPrinted>2026-10-16T09:24:00Z</cp:lastPrinted>
  <dcterms:created xsi:type="dcterms:W3CDTF">2026-10-14T04:02:00Z</dcterms:created>
  <dcterms:modified xsi:type="dcterms:W3CDTF">2026-10-16T09:24:00Z</dcterms:modified>
  <cp:category/>
</cp:coreProperties>
</file>