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0245E" w14:textId="77777777" w:rsidR="00CB6ADB" w:rsidRPr="005840BE" w:rsidRDefault="00FA43DA" w:rsidP="009E2A4B">
      <w:pPr>
        <w:spacing w:after="0" w:line="240" w:lineRule="auto"/>
        <w:ind w:left="6237"/>
        <w:rPr>
          <w:sz w:val="24"/>
          <w:szCs w:val="24"/>
          <w:lang w:val="ru-RU"/>
        </w:rPr>
      </w:pPr>
      <w:r w:rsidRPr="005840BE">
        <w:rPr>
          <w:sz w:val="24"/>
          <w:szCs w:val="24"/>
          <w:lang w:val="ru-RU"/>
        </w:rPr>
        <w:t>Приложение</w:t>
      </w:r>
    </w:p>
    <w:p w14:paraId="516D1CE5" w14:textId="77777777" w:rsidR="00895BC4" w:rsidRDefault="00FA43DA" w:rsidP="009E2A4B">
      <w:pPr>
        <w:spacing w:after="0" w:line="240" w:lineRule="auto"/>
        <w:ind w:left="6237"/>
        <w:rPr>
          <w:sz w:val="24"/>
          <w:szCs w:val="24"/>
          <w:lang w:val="ru-RU"/>
        </w:rPr>
      </w:pPr>
      <w:r w:rsidRPr="005840BE">
        <w:rPr>
          <w:sz w:val="24"/>
          <w:szCs w:val="24"/>
          <w:lang w:val="ru-RU"/>
        </w:rPr>
        <w:t>к постановлению Центральной комиссии</w:t>
      </w:r>
      <w:r w:rsidR="00EE69D9" w:rsidRPr="005840BE">
        <w:rPr>
          <w:sz w:val="24"/>
          <w:szCs w:val="24"/>
          <w:lang w:val="ru-RU"/>
        </w:rPr>
        <w:t xml:space="preserve"> </w:t>
      </w:r>
      <w:r w:rsidRPr="005840BE">
        <w:rPr>
          <w:sz w:val="24"/>
          <w:szCs w:val="24"/>
          <w:lang w:val="ru-RU"/>
        </w:rPr>
        <w:t>по выборам и проведению референдумов</w:t>
      </w:r>
      <w:r w:rsidR="00EE69D9" w:rsidRPr="005840BE">
        <w:rPr>
          <w:sz w:val="24"/>
          <w:szCs w:val="24"/>
          <w:lang w:val="ru-RU"/>
        </w:rPr>
        <w:t xml:space="preserve"> </w:t>
      </w:r>
      <w:r w:rsidR="00CB6ADB" w:rsidRPr="005840BE">
        <w:rPr>
          <w:sz w:val="24"/>
          <w:szCs w:val="24"/>
          <w:lang w:val="ru-RU"/>
        </w:rPr>
        <w:t xml:space="preserve">      </w:t>
      </w:r>
      <w:r w:rsidR="00EE69D9" w:rsidRPr="005840BE">
        <w:rPr>
          <w:sz w:val="24"/>
          <w:szCs w:val="24"/>
          <w:lang w:val="ru-RU"/>
        </w:rPr>
        <w:t xml:space="preserve">                               </w:t>
      </w:r>
      <w:r w:rsidR="00CB6ADB" w:rsidRPr="005840BE">
        <w:rPr>
          <w:sz w:val="24"/>
          <w:szCs w:val="24"/>
          <w:lang w:val="ru-RU"/>
        </w:rPr>
        <w:t>Кыргызской Республики</w:t>
      </w:r>
      <w:r w:rsidR="00EE69D9" w:rsidRPr="005840BE">
        <w:rPr>
          <w:sz w:val="24"/>
          <w:szCs w:val="24"/>
          <w:lang w:val="ru-RU"/>
        </w:rPr>
        <w:t xml:space="preserve"> </w:t>
      </w:r>
      <w:r w:rsidR="00CB6ADB" w:rsidRPr="005840BE">
        <w:rPr>
          <w:sz w:val="24"/>
          <w:szCs w:val="24"/>
          <w:lang w:val="ru-RU"/>
        </w:rPr>
        <w:t xml:space="preserve">                                                                 </w:t>
      </w:r>
      <w:r w:rsidR="00EE69D9" w:rsidRPr="005840BE">
        <w:rPr>
          <w:sz w:val="24"/>
          <w:szCs w:val="24"/>
          <w:lang w:val="ru-RU"/>
        </w:rPr>
        <w:t xml:space="preserve">от </w:t>
      </w:r>
      <w:r w:rsidR="00895BC4">
        <w:rPr>
          <w:sz w:val="24"/>
          <w:szCs w:val="24"/>
          <w:lang w:val="ru-RU"/>
        </w:rPr>
        <w:t>26 сентября</w:t>
      </w:r>
      <w:r w:rsidR="009D0C9E" w:rsidRPr="005840BE">
        <w:rPr>
          <w:sz w:val="24"/>
          <w:szCs w:val="24"/>
          <w:lang w:val="ru-RU"/>
        </w:rPr>
        <w:t xml:space="preserve"> 2026</w:t>
      </w:r>
      <w:r w:rsidRPr="005840BE">
        <w:rPr>
          <w:sz w:val="24"/>
          <w:szCs w:val="24"/>
          <w:lang w:val="ru-RU"/>
        </w:rPr>
        <w:t xml:space="preserve"> года</w:t>
      </w:r>
    </w:p>
    <w:p w14:paraId="183A97F3" w14:textId="4E62F758" w:rsidR="00757F85" w:rsidRPr="005840BE" w:rsidRDefault="00895BC4" w:rsidP="00895BC4">
      <w:pPr>
        <w:spacing w:after="0" w:line="240" w:lineRule="auto"/>
        <w:ind w:left="5517" w:firstLine="24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</w:t>
      </w:r>
      <w:bookmarkStart w:id="0" w:name="_GoBack"/>
      <w:bookmarkEnd w:id="0"/>
      <w:r w:rsidR="00FA43DA" w:rsidRPr="005840BE">
        <w:rPr>
          <w:sz w:val="24"/>
          <w:szCs w:val="24"/>
          <w:lang w:val="ru-RU"/>
        </w:rPr>
        <w:t xml:space="preserve"> № </w:t>
      </w:r>
      <w:r>
        <w:rPr>
          <w:sz w:val="24"/>
          <w:szCs w:val="24"/>
          <w:lang w:val="ru-RU"/>
        </w:rPr>
        <w:t>108</w:t>
      </w:r>
    </w:p>
    <w:p w14:paraId="1AE409FD" w14:textId="77777777" w:rsidR="00CB6ADB" w:rsidRPr="005840BE" w:rsidRDefault="00CB6ADB" w:rsidP="009E2A4B">
      <w:pPr>
        <w:spacing w:after="0" w:line="240" w:lineRule="auto"/>
        <w:jc w:val="center"/>
        <w:rPr>
          <w:b/>
          <w:lang w:val="ru-RU"/>
        </w:rPr>
      </w:pPr>
    </w:p>
    <w:p w14:paraId="6D74D2A7" w14:textId="77777777" w:rsidR="00EE69D9" w:rsidRPr="005840BE" w:rsidRDefault="00EE69D9" w:rsidP="009E2A4B">
      <w:pPr>
        <w:spacing w:after="0" w:line="240" w:lineRule="auto"/>
        <w:jc w:val="center"/>
        <w:rPr>
          <w:b/>
          <w:lang w:val="ru-RU"/>
        </w:rPr>
      </w:pPr>
    </w:p>
    <w:p w14:paraId="395FF80A" w14:textId="77777777" w:rsidR="00757F85" w:rsidRPr="005840BE" w:rsidRDefault="00FA43DA" w:rsidP="009E2A4B">
      <w:pPr>
        <w:spacing w:after="0" w:line="240" w:lineRule="auto"/>
        <w:jc w:val="center"/>
        <w:rPr>
          <w:lang w:val="ru-RU"/>
        </w:rPr>
      </w:pPr>
      <w:r w:rsidRPr="005840BE">
        <w:rPr>
          <w:b/>
          <w:lang w:val="ru-RU"/>
        </w:rPr>
        <w:t>ПОЛОЖЕНИЕ</w:t>
      </w:r>
    </w:p>
    <w:p w14:paraId="31BB7C43" w14:textId="1E52CB70" w:rsidR="00757F85" w:rsidRPr="005840BE" w:rsidRDefault="00972620" w:rsidP="009E2A4B">
      <w:pPr>
        <w:spacing w:after="0" w:line="240" w:lineRule="auto"/>
        <w:jc w:val="center"/>
        <w:rPr>
          <w:b/>
          <w:lang w:val="ru-RU"/>
        </w:rPr>
      </w:pPr>
      <w:r w:rsidRPr="005C3F78">
        <w:rPr>
          <w:b/>
          <w:lang w:val="ru-RU"/>
        </w:rPr>
        <w:t>о порядке</w:t>
      </w:r>
      <w:r w:rsidR="009F3330" w:rsidRPr="005840BE">
        <w:rPr>
          <w:b/>
          <w:lang w:val="ru-RU"/>
        </w:rPr>
        <w:t xml:space="preserve"> </w:t>
      </w:r>
      <w:r w:rsidR="00FA43DA" w:rsidRPr="005840BE">
        <w:rPr>
          <w:b/>
          <w:lang w:val="ru-RU"/>
        </w:rPr>
        <w:t>аккредитации средств массовой информац</w:t>
      </w:r>
      <w:r w:rsidR="00F32205" w:rsidRPr="005840BE">
        <w:rPr>
          <w:b/>
          <w:lang w:val="ru-RU"/>
        </w:rPr>
        <w:t xml:space="preserve">ии и интернет-изданий </w:t>
      </w:r>
      <w:r w:rsidR="00FA43DA" w:rsidRPr="005840BE">
        <w:rPr>
          <w:b/>
          <w:lang w:val="ru-RU"/>
        </w:rPr>
        <w:t xml:space="preserve">в период подготовки и проведения выборов и референдумов </w:t>
      </w:r>
    </w:p>
    <w:p w14:paraId="603C8F2C" w14:textId="77777777" w:rsidR="008C7BF3" w:rsidRPr="005840BE" w:rsidRDefault="008C7BF3" w:rsidP="009E2A4B">
      <w:pPr>
        <w:spacing w:after="0" w:line="240" w:lineRule="auto"/>
        <w:jc w:val="center"/>
        <w:rPr>
          <w:lang w:val="ru-RU"/>
        </w:rPr>
      </w:pPr>
    </w:p>
    <w:p w14:paraId="009AEE03" w14:textId="77777777" w:rsidR="00757F85" w:rsidRPr="005840BE" w:rsidRDefault="00FA43DA" w:rsidP="009E2A4B">
      <w:pPr>
        <w:spacing w:after="0" w:line="240" w:lineRule="auto"/>
        <w:jc w:val="center"/>
        <w:rPr>
          <w:b/>
          <w:lang w:val="ru-RU"/>
        </w:rPr>
      </w:pPr>
      <w:r w:rsidRPr="005840BE">
        <w:rPr>
          <w:b/>
          <w:lang w:val="ru-RU"/>
        </w:rPr>
        <w:t>I. Общие положения</w:t>
      </w:r>
    </w:p>
    <w:p w14:paraId="0E4D8173" w14:textId="77777777" w:rsidR="008C7BF3" w:rsidRPr="005840BE" w:rsidRDefault="008C7BF3" w:rsidP="009E2A4B">
      <w:pPr>
        <w:spacing w:after="0" w:line="240" w:lineRule="auto"/>
        <w:jc w:val="center"/>
        <w:rPr>
          <w:lang w:val="ru-RU"/>
        </w:rPr>
      </w:pPr>
    </w:p>
    <w:p w14:paraId="52A98A22" w14:textId="69533F0F" w:rsidR="00757F85" w:rsidRPr="005840BE" w:rsidRDefault="00793A0A" w:rsidP="00C969C5">
      <w:pPr>
        <w:spacing w:after="0" w:line="240" w:lineRule="auto"/>
        <w:ind w:firstLine="720"/>
        <w:jc w:val="both"/>
        <w:rPr>
          <w:lang w:val="ru-RU"/>
        </w:rPr>
      </w:pPr>
      <w:r w:rsidRPr="005840BE">
        <w:rPr>
          <w:lang w:val="ru-RU"/>
        </w:rPr>
        <w:t>1.</w:t>
      </w:r>
      <w:r w:rsidR="00FA43DA" w:rsidRPr="005840BE">
        <w:rPr>
          <w:lang w:val="ru-RU"/>
        </w:rPr>
        <w:t xml:space="preserve"> Настоящее </w:t>
      </w:r>
      <w:r w:rsidR="009F09B8" w:rsidRPr="005840BE">
        <w:rPr>
          <w:lang w:val="ru-RU"/>
        </w:rPr>
        <w:t>Положение</w:t>
      </w:r>
      <w:r w:rsidR="007B315D" w:rsidRPr="005840BE">
        <w:rPr>
          <w:lang w:val="ru-RU"/>
        </w:rPr>
        <w:t xml:space="preserve"> </w:t>
      </w:r>
      <w:r w:rsidR="009F09B8" w:rsidRPr="005C3F78">
        <w:rPr>
          <w:lang w:val="ru-RU"/>
        </w:rPr>
        <w:t>о</w:t>
      </w:r>
      <w:r w:rsidR="00972620" w:rsidRPr="005C3F78">
        <w:rPr>
          <w:lang w:val="ru-RU"/>
        </w:rPr>
        <w:t xml:space="preserve"> порядке</w:t>
      </w:r>
      <w:r w:rsidR="009F09B8" w:rsidRPr="005840BE">
        <w:rPr>
          <w:lang w:val="ru-RU"/>
        </w:rPr>
        <w:t xml:space="preserve"> </w:t>
      </w:r>
      <w:r w:rsidR="007B315D" w:rsidRPr="005840BE">
        <w:rPr>
          <w:lang w:val="ru-RU"/>
        </w:rPr>
        <w:t>аккредитации средств массовой информации и интернет-изданий в период подготовки и проведения выборов и референдумов (далее – Положение)</w:t>
      </w:r>
      <w:r w:rsidR="00F32205" w:rsidRPr="005840BE">
        <w:rPr>
          <w:lang w:val="ru-RU"/>
        </w:rPr>
        <w:t xml:space="preserve"> </w:t>
      </w:r>
      <w:r w:rsidR="00FA43DA" w:rsidRPr="005840BE">
        <w:rPr>
          <w:lang w:val="ru-RU"/>
        </w:rPr>
        <w:t>определяет порядок, условия и процедуру аккредитац</w:t>
      </w:r>
      <w:r w:rsidR="00F32205" w:rsidRPr="005840BE">
        <w:rPr>
          <w:lang w:val="ru-RU"/>
        </w:rPr>
        <w:t xml:space="preserve">ии средств массовой информации </w:t>
      </w:r>
      <w:r w:rsidR="00525A40" w:rsidRPr="005840BE">
        <w:rPr>
          <w:lang w:val="ru-RU"/>
        </w:rPr>
        <w:t xml:space="preserve">(далее – СМИ) </w:t>
      </w:r>
      <w:r w:rsidR="00F32205" w:rsidRPr="005840BE">
        <w:rPr>
          <w:lang w:val="ru-RU"/>
        </w:rPr>
        <w:t xml:space="preserve">и </w:t>
      </w:r>
      <w:r w:rsidR="00FA43DA" w:rsidRPr="005840BE">
        <w:rPr>
          <w:lang w:val="ru-RU"/>
        </w:rPr>
        <w:t>интернет-издан</w:t>
      </w:r>
      <w:r w:rsidR="00F32205" w:rsidRPr="005840BE">
        <w:rPr>
          <w:lang w:val="ru-RU"/>
        </w:rPr>
        <w:t xml:space="preserve">ий </w:t>
      </w:r>
      <w:r w:rsidR="00FA43DA" w:rsidRPr="005840BE">
        <w:rPr>
          <w:lang w:val="ru-RU"/>
        </w:rPr>
        <w:t>в период подготовки и проведения выборов и референдумов в Кыргызской Республике.</w:t>
      </w:r>
    </w:p>
    <w:p w14:paraId="4D25182A" w14:textId="0580BDE4" w:rsidR="00793A0A" w:rsidRPr="005840BE" w:rsidRDefault="00793A0A" w:rsidP="00C969C5">
      <w:pPr>
        <w:spacing w:after="0" w:line="240" w:lineRule="auto"/>
        <w:ind w:firstLine="720"/>
        <w:jc w:val="both"/>
        <w:rPr>
          <w:rFonts w:cs="Times New Roman"/>
          <w:szCs w:val="28"/>
          <w:lang w:val="ru-RU"/>
        </w:rPr>
      </w:pPr>
      <w:r w:rsidRPr="005840BE">
        <w:rPr>
          <w:rFonts w:cs="Times New Roman"/>
          <w:szCs w:val="28"/>
          <w:lang w:val="ru-RU"/>
        </w:rPr>
        <w:t>2</w:t>
      </w:r>
      <w:r w:rsidR="00C969C5" w:rsidRPr="005840BE">
        <w:rPr>
          <w:rFonts w:cs="Times New Roman"/>
          <w:szCs w:val="28"/>
          <w:lang w:val="ru-RU"/>
        </w:rPr>
        <w:t>.</w:t>
      </w:r>
      <w:r w:rsidRPr="005840BE">
        <w:rPr>
          <w:rFonts w:cs="Times New Roman"/>
          <w:szCs w:val="28"/>
          <w:lang w:val="ru-RU"/>
        </w:rPr>
        <w:t xml:space="preserve"> Ц</w:t>
      </w:r>
      <w:r w:rsidR="00354D8A" w:rsidRPr="005840BE">
        <w:rPr>
          <w:rFonts w:cs="Times New Roman"/>
          <w:szCs w:val="28"/>
          <w:lang w:val="ru-RU"/>
        </w:rPr>
        <w:t>елями настоящего Положения являю</w:t>
      </w:r>
      <w:r w:rsidRPr="005840BE">
        <w:rPr>
          <w:rFonts w:cs="Times New Roman"/>
          <w:szCs w:val="28"/>
          <w:lang w:val="ru-RU"/>
        </w:rPr>
        <w:t>тся обеспечение гарантий прав избирателей и иных участников выборов на получение и распространение информации, обеспечение осознанного выбора избирателями и гласности выборов, увеличение общественного доверия к избирательной системе и институту выборов</w:t>
      </w:r>
      <w:r w:rsidR="00ED7EF1" w:rsidRPr="005840BE">
        <w:rPr>
          <w:rFonts w:cs="Times New Roman"/>
          <w:szCs w:val="28"/>
          <w:lang w:val="ru-RU"/>
        </w:rPr>
        <w:t>,</w:t>
      </w:r>
      <w:r w:rsidRPr="005840BE">
        <w:rPr>
          <w:lang w:val="ru-RU"/>
        </w:rPr>
        <w:t xml:space="preserve"> открытости избирательного процесса, повышения качества оказываемых услуг, сокращение времени и приема обработки документов, минимиз</w:t>
      </w:r>
      <w:r w:rsidR="00115768" w:rsidRPr="005840BE">
        <w:rPr>
          <w:lang w:val="ru-RU"/>
        </w:rPr>
        <w:t xml:space="preserve">ации административных барьеров, </w:t>
      </w:r>
      <w:r w:rsidR="00115768" w:rsidRPr="005840BE">
        <w:rPr>
          <w:rFonts w:eastAsia="Times New Roman" w:cs="Times New Roman"/>
          <w:szCs w:val="28"/>
          <w:lang w:val="ru-RU"/>
        </w:rPr>
        <w:t xml:space="preserve">прозрачности процедуры аккредитации и создание единого источника актуальных сведений об аккредитованных </w:t>
      </w:r>
      <w:r w:rsidR="00CC4E4A" w:rsidRPr="005840BE">
        <w:rPr>
          <w:rFonts w:eastAsia="Times New Roman" w:cs="Times New Roman"/>
          <w:szCs w:val="28"/>
          <w:lang w:val="ru-RU"/>
        </w:rPr>
        <w:t>СМИ</w:t>
      </w:r>
      <w:r w:rsidR="00115768" w:rsidRPr="005840BE">
        <w:rPr>
          <w:rFonts w:eastAsia="Times New Roman" w:cs="Times New Roman"/>
          <w:szCs w:val="28"/>
          <w:lang w:val="ru-RU"/>
        </w:rPr>
        <w:t xml:space="preserve"> и интернет изданий.</w:t>
      </w:r>
    </w:p>
    <w:p w14:paraId="231CD216" w14:textId="1F080967" w:rsidR="00793A0A" w:rsidRDefault="00793A0A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3. Настоящее Положение разработано в соответствии с требованиями </w:t>
      </w:r>
      <w:hyperlink r:id="rId6" w:history="1">
        <w:r w:rsidRPr="005840BE">
          <w:rPr>
            <w:rStyle w:val="aff8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Конституции</w:t>
        </w:r>
      </w:hyperlink>
      <w:r w:rsidRPr="005840BE">
        <w:rPr>
          <w:rFonts w:ascii="Times New Roman" w:hAnsi="Times New Roman" w:cs="Times New Roman"/>
          <w:sz w:val="28"/>
          <w:szCs w:val="28"/>
        </w:rPr>
        <w:t xml:space="preserve"> Кыргызской Республики, </w:t>
      </w:r>
      <w:hyperlink r:id="rId7" w:history="1">
        <w:r w:rsidRPr="005840BE">
          <w:rPr>
            <w:rStyle w:val="aff8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конституционного Закона</w:t>
        </w:r>
      </w:hyperlink>
      <w:r w:rsidRPr="005840BE">
        <w:rPr>
          <w:rFonts w:ascii="Times New Roman" w:hAnsi="Times New Roman" w:cs="Times New Roman"/>
          <w:sz w:val="28"/>
          <w:szCs w:val="28"/>
        </w:rPr>
        <w:t xml:space="preserve"> Кыргызской Республики </w:t>
      </w:r>
      <w:r w:rsidR="00C969C5" w:rsidRPr="005840BE">
        <w:rPr>
          <w:rFonts w:ascii="Times New Roman" w:hAnsi="Times New Roman" w:cs="Times New Roman"/>
          <w:sz w:val="28"/>
          <w:szCs w:val="28"/>
        </w:rPr>
        <w:t>«</w:t>
      </w:r>
      <w:r w:rsidRPr="005840BE">
        <w:rPr>
          <w:rFonts w:ascii="Times New Roman" w:hAnsi="Times New Roman" w:cs="Times New Roman"/>
          <w:sz w:val="28"/>
          <w:szCs w:val="28"/>
        </w:rPr>
        <w:t xml:space="preserve">О выборах Президента Кыргызской Республики и депутатов </w:t>
      </w:r>
      <w:proofErr w:type="spellStart"/>
      <w:r w:rsidRPr="005840BE">
        <w:rPr>
          <w:rFonts w:ascii="Times New Roman" w:hAnsi="Times New Roman" w:cs="Times New Roman"/>
          <w:sz w:val="28"/>
          <w:szCs w:val="28"/>
        </w:rPr>
        <w:t>Жогорку</w:t>
      </w:r>
      <w:proofErr w:type="spellEnd"/>
      <w:r w:rsidRPr="005840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0BE">
        <w:rPr>
          <w:rFonts w:ascii="Times New Roman" w:hAnsi="Times New Roman" w:cs="Times New Roman"/>
          <w:sz w:val="28"/>
          <w:szCs w:val="28"/>
        </w:rPr>
        <w:t>Кенеша</w:t>
      </w:r>
      <w:proofErr w:type="spellEnd"/>
      <w:r w:rsidRPr="005840BE">
        <w:rPr>
          <w:rFonts w:ascii="Times New Roman" w:hAnsi="Times New Roman" w:cs="Times New Roman"/>
          <w:sz w:val="28"/>
          <w:szCs w:val="28"/>
        </w:rPr>
        <w:t xml:space="preserve"> Кыргызской Республики</w:t>
      </w:r>
      <w:r w:rsidR="00C969C5" w:rsidRPr="005840BE">
        <w:rPr>
          <w:rFonts w:ascii="Times New Roman" w:hAnsi="Times New Roman" w:cs="Times New Roman"/>
          <w:sz w:val="28"/>
          <w:szCs w:val="28"/>
        </w:rPr>
        <w:t>»</w:t>
      </w:r>
      <w:r w:rsidRPr="005840BE">
        <w:rPr>
          <w:rFonts w:ascii="Times New Roman" w:hAnsi="Times New Roman" w:cs="Times New Roman"/>
          <w:sz w:val="28"/>
          <w:szCs w:val="28"/>
        </w:rPr>
        <w:t>,</w:t>
      </w:r>
      <w:r w:rsidR="007B315D" w:rsidRPr="005840BE">
        <w:rPr>
          <w:rFonts w:ascii="Times New Roman" w:hAnsi="Times New Roman" w:cs="Times New Roman"/>
          <w:sz w:val="28"/>
          <w:szCs w:val="28"/>
        </w:rPr>
        <w:t xml:space="preserve"> Цифрового кодекс</w:t>
      </w:r>
      <w:r w:rsidR="00216E6C" w:rsidRPr="005840BE">
        <w:rPr>
          <w:rFonts w:ascii="Times New Roman" w:hAnsi="Times New Roman" w:cs="Times New Roman"/>
          <w:sz w:val="28"/>
          <w:szCs w:val="28"/>
        </w:rPr>
        <w:t>а</w:t>
      </w:r>
      <w:r w:rsidR="007B315D" w:rsidRPr="005840BE">
        <w:rPr>
          <w:rFonts w:ascii="Times New Roman" w:hAnsi="Times New Roman" w:cs="Times New Roman"/>
          <w:sz w:val="28"/>
          <w:szCs w:val="28"/>
        </w:rPr>
        <w:t xml:space="preserve"> Кыргызской Республики,</w:t>
      </w:r>
      <w:r w:rsidR="00C969C5" w:rsidRPr="005840BE">
        <w:rPr>
          <w:rFonts w:ascii="Times New Roman" w:hAnsi="Times New Roman" w:cs="Times New Roman"/>
          <w:sz w:val="28"/>
          <w:szCs w:val="28"/>
        </w:rPr>
        <w:t xml:space="preserve"> законов Кыргызской Республики «</w:t>
      </w:r>
      <w:hyperlink r:id="rId8" w:history="1">
        <w:r w:rsidRPr="005840BE">
          <w:rPr>
            <w:rStyle w:val="aff8"/>
            <w:rFonts w:ascii="Times New Roman" w:hAnsi="Times New Roman" w:cs="Times New Roman"/>
            <w:color w:val="auto"/>
            <w:sz w:val="28"/>
            <w:szCs w:val="28"/>
            <w:u w:val="none"/>
          </w:rPr>
          <w:t>Об избирательных комиссиях по проведению выборов и референдумов Кыргызской Республики</w:t>
        </w:r>
      </w:hyperlink>
      <w:r w:rsidR="00C969C5" w:rsidRPr="005840BE">
        <w:rPr>
          <w:rStyle w:val="aff8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C969C5" w:rsidRPr="005840BE">
        <w:rPr>
          <w:rFonts w:ascii="Times New Roman" w:hAnsi="Times New Roman" w:cs="Times New Roman"/>
          <w:sz w:val="28"/>
          <w:szCs w:val="28"/>
        </w:rPr>
        <w:t>, «</w:t>
      </w:r>
      <w:hyperlink r:id="rId9" w:history="1">
        <w:r w:rsidRPr="005840BE">
          <w:rPr>
            <w:rStyle w:val="aff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 выборах депутатов местных </w:t>
        </w:r>
        <w:proofErr w:type="spellStart"/>
        <w:r w:rsidRPr="005840BE">
          <w:rPr>
            <w:rStyle w:val="aff8"/>
            <w:rFonts w:ascii="Times New Roman" w:hAnsi="Times New Roman" w:cs="Times New Roman"/>
            <w:color w:val="auto"/>
            <w:sz w:val="28"/>
            <w:szCs w:val="28"/>
            <w:u w:val="none"/>
          </w:rPr>
          <w:t>кенешей</w:t>
        </w:r>
        <w:proofErr w:type="spellEnd"/>
      </w:hyperlink>
      <w:r w:rsidR="00C969C5" w:rsidRPr="005840BE">
        <w:rPr>
          <w:rFonts w:ascii="Times New Roman" w:hAnsi="Times New Roman" w:cs="Times New Roman"/>
          <w:sz w:val="28"/>
          <w:szCs w:val="28"/>
        </w:rPr>
        <w:t>»</w:t>
      </w:r>
      <w:r w:rsidRPr="005840BE">
        <w:rPr>
          <w:rFonts w:ascii="Times New Roman" w:hAnsi="Times New Roman" w:cs="Times New Roman"/>
          <w:sz w:val="28"/>
          <w:szCs w:val="28"/>
        </w:rPr>
        <w:t xml:space="preserve">, </w:t>
      </w:r>
      <w:r w:rsidR="00C969C5" w:rsidRPr="005840BE">
        <w:rPr>
          <w:rFonts w:ascii="Times New Roman" w:hAnsi="Times New Roman" w:cs="Times New Roman"/>
          <w:sz w:val="28"/>
          <w:szCs w:val="28"/>
        </w:rPr>
        <w:t>«</w:t>
      </w:r>
      <w:hyperlink r:id="rId10" w:history="1">
        <w:r w:rsidRPr="005840BE">
          <w:rPr>
            <w:rStyle w:val="aff8"/>
            <w:rFonts w:ascii="Times New Roman" w:hAnsi="Times New Roman" w:cs="Times New Roman"/>
            <w:color w:val="auto"/>
            <w:sz w:val="28"/>
            <w:szCs w:val="28"/>
            <w:u w:val="none"/>
          </w:rPr>
          <w:t>О средствах массовой информации</w:t>
        </w:r>
      </w:hyperlink>
      <w:r w:rsidR="00C969C5" w:rsidRPr="005840BE">
        <w:rPr>
          <w:rStyle w:val="aff8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C969C5" w:rsidRPr="005840BE">
        <w:rPr>
          <w:rFonts w:ascii="Times New Roman" w:hAnsi="Times New Roman" w:cs="Times New Roman"/>
          <w:sz w:val="28"/>
          <w:szCs w:val="28"/>
        </w:rPr>
        <w:t>, «</w:t>
      </w:r>
      <w:hyperlink r:id="rId11" w:history="1">
        <w:r w:rsidRPr="005840BE">
          <w:rPr>
            <w:rStyle w:val="aff8"/>
            <w:rFonts w:ascii="Times New Roman" w:hAnsi="Times New Roman" w:cs="Times New Roman"/>
            <w:color w:val="auto"/>
            <w:sz w:val="28"/>
            <w:szCs w:val="28"/>
            <w:u w:val="none"/>
          </w:rPr>
          <w:t>О защите профессиональной деятельности журналиста</w:t>
        </w:r>
      </w:hyperlink>
      <w:r w:rsidR="00C969C5" w:rsidRPr="005840BE">
        <w:rPr>
          <w:rStyle w:val="aff8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C969C5" w:rsidRPr="005840BE">
        <w:rPr>
          <w:rFonts w:ascii="Times New Roman" w:hAnsi="Times New Roman" w:cs="Times New Roman"/>
          <w:sz w:val="28"/>
          <w:szCs w:val="28"/>
        </w:rPr>
        <w:t>, «</w:t>
      </w:r>
      <w:hyperlink r:id="rId12" w:history="1">
        <w:r w:rsidRPr="005840BE">
          <w:rPr>
            <w:rStyle w:val="aff8"/>
            <w:rFonts w:ascii="Times New Roman" w:hAnsi="Times New Roman" w:cs="Times New Roman"/>
            <w:color w:val="auto"/>
            <w:sz w:val="28"/>
            <w:szCs w:val="28"/>
            <w:u w:val="none"/>
          </w:rPr>
          <w:t>О праве на доступ к информации</w:t>
        </w:r>
      </w:hyperlink>
      <w:r w:rsidR="00C969C5" w:rsidRPr="005840BE">
        <w:rPr>
          <w:rStyle w:val="aff8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Pr="005840BE">
        <w:rPr>
          <w:rFonts w:ascii="Times New Roman" w:hAnsi="Times New Roman" w:cs="Times New Roman"/>
          <w:sz w:val="28"/>
          <w:szCs w:val="28"/>
        </w:rPr>
        <w:t xml:space="preserve">, а также иными нормативными правовыми актами Кыргызской Республики и Центральной комиссии по выборам и проведению референдумов Кыргызской Республики (далее </w:t>
      </w:r>
      <w:r w:rsidR="00C969C5" w:rsidRPr="005840BE">
        <w:rPr>
          <w:rFonts w:ascii="Times New Roman" w:hAnsi="Times New Roman" w:cs="Times New Roman"/>
          <w:sz w:val="28"/>
          <w:szCs w:val="28"/>
        </w:rPr>
        <w:t>–</w:t>
      </w:r>
      <w:r w:rsidRPr="005840BE">
        <w:rPr>
          <w:rFonts w:ascii="Times New Roman" w:hAnsi="Times New Roman" w:cs="Times New Roman"/>
          <w:sz w:val="28"/>
          <w:szCs w:val="28"/>
        </w:rPr>
        <w:t xml:space="preserve"> Центральная избирательная комиссия).</w:t>
      </w:r>
    </w:p>
    <w:p w14:paraId="2E33913B" w14:textId="77777777" w:rsidR="00C969C5" w:rsidRPr="005840BE" w:rsidRDefault="00C969C5" w:rsidP="00C969C5">
      <w:pPr>
        <w:pStyle w:val="tkZagolovok2"/>
        <w:spacing w:before="0" w:after="0" w:line="240" w:lineRule="auto"/>
        <w:ind w:left="0" w:right="0"/>
        <w:jc w:val="left"/>
      </w:pPr>
    </w:p>
    <w:p w14:paraId="23B44CC4" w14:textId="53CEB680" w:rsidR="004E7189" w:rsidRDefault="004D61D2" w:rsidP="00C969C5">
      <w:pPr>
        <w:pStyle w:val="tkZagolovok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lastRenderedPageBreak/>
        <w:t>2. Условия и порядок</w:t>
      </w:r>
      <w:r w:rsidR="002E7692" w:rsidRPr="005840BE">
        <w:rPr>
          <w:rFonts w:ascii="Times New Roman" w:hAnsi="Times New Roman" w:cs="Times New Roman"/>
          <w:sz w:val="28"/>
          <w:szCs w:val="28"/>
        </w:rPr>
        <w:t xml:space="preserve"> </w:t>
      </w:r>
      <w:r w:rsidR="00793A0A" w:rsidRPr="005840BE">
        <w:rPr>
          <w:rFonts w:ascii="Times New Roman" w:hAnsi="Times New Roman" w:cs="Times New Roman"/>
          <w:sz w:val="28"/>
          <w:szCs w:val="28"/>
        </w:rPr>
        <w:t>аккредитации</w:t>
      </w:r>
    </w:p>
    <w:p w14:paraId="3C3C38EC" w14:textId="77777777" w:rsidR="002C667A" w:rsidRPr="005840BE" w:rsidRDefault="002C667A" w:rsidP="00C969C5">
      <w:pPr>
        <w:pStyle w:val="tkZagolovok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56F1CC93" w14:textId="6EDBB616" w:rsidR="007354B0" w:rsidRPr="005840BE" w:rsidRDefault="00D40ED4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4. С</w:t>
      </w:r>
      <w:r w:rsidR="00CC4E4A" w:rsidRPr="005840BE">
        <w:rPr>
          <w:rFonts w:ascii="Times New Roman" w:hAnsi="Times New Roman" w:cs="Times New Roman"/>
          <w:sz w:val="28"/>
          <w:szCs w:val="28"/>
        </w:rPr>
        <w:t>МИ</w:t>
      </w:r>
      <w:r w:rsidRPr="005840BE">
        <w:rPr>
          <w:rFonts w:ascii="Times New Roman" w:hAnsi="Times New Roman" w:cs="Times New Roman"/>
          <w:sz w:val="28"/>
          <w:szCs w:val="28"/>
        </w:rPr>
        <w:t>,</w:t>
      </w:r>
      <w:r w:rsidR="004C6748" w:rsidRPr="005840BE">
        <w:rPr>
          <w:rFonts w:ascii="Times New Roman" w:hAnsi="Times New Roman" w:cs="Times New Roman"/>
          <w:sz w:val="28"/>
          <w:szCs w:val="28"/>
        </w:rPr>
        <w:t xml:space="preserve"> </w:t>
      </w:r>
      <w:r w:rsidR="00793A0A" w:rsidRPr="005840BE">
        <w:rPr>
          <w:rFonts w:ascii="Times New Roman" w:hAnsi="Times New Roman" w:cs="Times New Roman"/>
          <w:sz w:val="28"/>
          <w:szCs w:val="28"/>
        </w:rPr>
        <w:t>интернет-издания</w:t>
      </w:r>
      <w:r w:rsidR="00877480" w:rsidRPr="005840BE">
        <w:rPr>
          <w:rFonts w:ascii="Times New Roman" w:hAnsi="Times New Roman" w:cs="Times New Roman"/>
          <w:sz w:val="28"/>
          <w:szCs w:val="28"/>
        </w:rPr>
        <w:t xml:space="preserve"> и их представители</w:t>
      </w:r>
      <w:r w:rsidR="00793A0A" w:rsidRPr="005840BE">
        <w:rPr>
          <w:rFonts w:ascii="Times New Roman" w:hAnsi="Times New Roman" w:cs="Times New Roman"/>
          <w:sz w:val="28"/>
          <w:szCs w:val="28"/>
        </w:rPr>
        <w:t xml:space="preserve"> аккредитуются Центральной избирательной комиссией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FF63F1" w:rsidRPr="005840BE">
        <w:rPr>
          <w:rFonts w:ascii="Times New Roman" w:hAnsi="Times New Roman" w:cs="Times New Roman"/>
          <w:sz w:val="28"/>
          <w:szCs w:val="28"/>
        </w:rPr>
        <w:t xml:space="preserve"> А</w:t>
      </w:r>
      <w:r w:rsidR="00115768" w:rsidRPr="005840BE">
        <w:rPr>
          <w:rFonts w:ascii="Times New Roman" w:hAnsi="Times New Roman" w:cs="Times New Roman"/>
          <w:sz w:val="28"/>
          <w:szCs w:val="28"/>
        </w:rPr>
        <w:t xml:space="preserve">втоматизированной </w:t>
      </w:r>
      <w:r w:rsidR="00DA2329" w:rsidRPr="005840BE"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="00115768" w:rsidRPr="005840BE">
        <w:rPr>
          <w:rFonts w:ascii="Times New Roman" w:hAnsi="Times New Roman" w:cs="Times New Roman"/>
          <w:sz w:val="28"/>
          <w:szCs w:val="28"/>
        </w:rPr>
        <w:t>системы</w:t>
      </w:r>
      <w:r w:rsidR="007D1E18" w:rsidRPr="005840BE">
        <w:rPr>
          <w:rFonts w:ascii="Times New Roman" w:hAnsi="Times New Roman" w:cs="Times New Roman"/>
          <w:sz w:val="28"/>
          <w:szCs w:val="28"/>
        </w:rPr>
        <w:t xml:space="preserve"> </w:t>
      </w:r>
      <w:r w:rsidR="007D1E18" w:rsidRPr="005840BE">
        <w:rPr>
          <w:rFonts w:ascii="Times New Roman" w:hAnsi="Times New Roman" w:cs="Times New Roman"/>
          <w:bCs/>
          <w:sz w:val="28"/>
          <w:szCs w:val="28"/>
        </w:rPr>
        <w:t>«Аккредитация СМИ на выборах</w:t>
      </w:r>
      <w:r w:rsidR="007D1E18" w:rsidRPr="005840BE">
        <w:rPr>
          <w:rFonts w:ascii="Times New Roman" w:hAnsi="Times New Roman" w:cs="Times New Roman"/>
          <w:bCs/>
          <w:sz w:val="26"/>
          <w:szCs w:val="26"/>
        </w:rPr>
        <w:t>»</w:t>
      </w:r>
      <w:r w:rsidR="00C969C5" w:rsidRPr="005840BE">
        <w:rPr>
          <w:rFonts w:ascii="Times New Roman" w:hAnsi="Times New Roman" w:cs="Times New Roman"/>
          <w:sz w:val="26"/>
          <w:szCs w:val="26"/>
        </w:rPr>
        <w:t xml:space="preserve"> </w:t>
      </w:r>
      <w:r w:rsidR="00115768" w:rsidRPr="005840BE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D1E18" w:rsidRPr="005840BE">
        <w:rPr>
          <w:rFonts w:ascii="Times New Roman" w:hAnsi="Times New Roman" w:cs="Times New Roman"/>
          <w:sz w:val="26"/>
          <w:szCs w:val="26"/>
        </w:rPr>
        <w:t>АИС «АСМИ</w:t>
      </w:r>
      <w:r w:rsidRPr="005840BE">
        <w:rPr>
          <w:rFonts w:ascii="Times New Roman" w:hAnsi="Times New Roman" w:cs="Times New Roman"/>
          <w:sz w:val="26"/>
          <w:szCs w:val="26"/>
        </w:rPr>
        <w:t>В</w:t>
      </w:r>
      <w:r w:rsidR="007D1E18" w:rsidRPr="005840BE">
        <w:rPr>
          <w:rFonts w:ascii="Times New Roman" w:hAnsi="Times New Roman" w:cs="Times New Roman"/>
          <w:sz w:val="26"/>
          <w:szCs w:val="26"/>
        </w:rPr>
        <w:t>»</w:t>
      </w:r>
      <w:r w:rsidR="00115768" w:rsidRPr="005840BE">
        <w:rPr>
          <w:rFonts w:ascii="Times New Roman" w:hAnsi="Times New Roman" w:cs="Times New Roman"/>
          <w:sz w:val="28"/>
          <w:szCs w:val="28"/>
        </w:rPr>
        <w:t>)</w:t>
      </w:r>
      <w:r w:rsidR="00877480" w:rsidRPr="005840BE">
        <w:rPr>
          <w:rFonts w:ascii="Times New Roman" w:hAnsi="Times New Roman" w:cs="Times New Roman"/>
          <w:sz w:val="28"/>
          <w:szCs w:val="28"/>
        </w:rPr>
        <w:t>.</w:t>
      </w:r>
      <w:r w:rsidR="004D61D2" w:rsidRPr="005840BE">
        <w:rPr>
          <w:sz w:val="28"/>
          <w:szCs w:val="28"/>
        </w:rPr>
        <w:t xml:space="preserve"> </w:t>
      </w:r>
    </w:p>
    <w:p w14:paraId="15420749" w14:textId="3AD687F0" w:rsidR="00BA4832" w:rsidRPr="005840BE" w:rsidRDefault="0087748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="00CC4E4A" w:rsidRPr="005840BE">
        <w:rPr>
          <w:rFonts w:ascii="Times New Roman" w:hAnsi="Times New Roman" w:cs="Times New Roman"/>
          <w:sz w:val="28"/>
          <w:szCs w:val="28"/>
        </w:rPr>
        <w:t>СМИ</w:t>
      </w:r>
      <w:r w:rsidR="00647672" w:rsidRPr="005840BE">
        <w:rPr>
          <w:rFonts w:ascii="Times New Roman" w:hAnsi="Times New Roman" w:cs="Times New Roman"/>
          <w:sz w:val="28"/>
          <w:szCs w:val="28"/>
        </w:rPr>
        <w:t xml:space="preserve"> </w:t>
      </w:r>
      <w:r w:rsidR="006A44F6" w:rsidRPr="005840BE">
        <w:rPr>
          <w:rFonts w:ascii="Times New Roman" w:hAnsi="Times New Roman" w:cs="Times New Roman"/>
          <w:sz w:val="28"/>
          <w:szCs w:val="28"/>
        </w:rPr>
        <w:t>создают лич</w:t>
      </w:r>
      <w:r w:rsidRPr="005840BE">
        <w:rPr>
          <w:rFonts w:ascii="Times New Roman" w:hAnsi="Times New Roman" w:cs="Times New Roman"/>
          <w:sz w:val="28"/>
          <w:szCs w:val="28"/>
        </w:rPr>
        <w:t>ный кабинет,</w:t>
      </w:r>
      <w:r w:rsidR="006A44F6" w:rsidRPr="005840BE">
        <w:rPr>
          <w:rFonts w:ascii="Times New Roman" w:hAnsi="Times New Roman" w:cs="Times New Roman"/>
          <w:sz w:val="28"/>
          <w:szCs w:val="28"/>
        </w:rPr>
        <w:t xml:space="preserve"> </w:t>
      </w:r>
      <w:r w:rsidR="004E7189" w:rsidRPr="005840BE">
        <w:rPr>
          <w:rFonts w:ascii="Times New Roman" w:hAnsi="Times New Roman" w:cs="Times New Roman"/>
          <w:sz w:val="28"/>
          <w:szCs w:val="28"/>
        </w:rPr>
        <w:t>ведут и актуализируют профиль</w:t>
      </w:r>
      <w:r w:rsidR="00D81A8A" w:rsidRPr="005840BE">
        <w:rPr>
          <w:rFonts w:ascii="Times New Roman" w:hAnsi="Times New Roman" w:cs="Times New Roman"/>
          <w:sz w:val="28"/>
          <w:szCs w:val="28"/>
        </w:rPr>
        <w:t xml:space="preserve"> </w:t>
      </w:r>
      <w:r w:rsidR="00CC4E4A" w:rsidRPr="005840BE">
        <w:rPr>
          <w:rFonts w:ascii="Times New Roman" w:hAnsi="Times New Roman" w:cs="Times New Roman"/>
          <w:sz w:val="28"/>
          <w:szCs w:val="28"/>
        </w:rPr>
        <w:t>СМИ</w:t>
      </w:r>
      <w:r w:rsidR="003968C8" w:rsidRPr="005840BE">
        <w:rPr>
          <w:rFonts w:ascii="Times New Roman" w:hAnsi="Times New Roman" w:cs="Times New Roman"/>
          <w:sz w:val="28"/>
          <w:szCs w:val="28"/>
        </w:rPr>
        <w:t>, а также могу</w:t>
      </w:r>
      <w:r w:rsidR="00D81A8A" w:rsidRPr="005840BE">
        <w:rPr>
          <w:rFonts w:ascii="Times New Roman" w:hAnsi="Times New Roman" w:cs="Times New Roman"/>
          <w:sz w:val="28"/>
          <w:szCs w:val="28"/>
        </w:rPr>
        <w:t>т</w:t>
      </w:r>
      <w:r w:rsidR="004E7189" w:rsidRPr="005840BE">
        <w:rPr>
          <w:rFonts w:ascii="Times New Roman" w:hAnsi="Times New Roman" w:cs="Times New Roman"/>
          <w:sz w:val="28"/>
          <w:szCs w:val="28"/>
        </w:rPr>
        <w:t xml:space="preserve"> подать</w:t>
      </w:r>
      <w:r w:rsidR="005648B2" w:rsidRPr="005840BE">
        <w:rPr>
          <w:rFonts w:ascii="Times New Roman" w:hAnsi="Times New Roman" w:cs="Times New Roman"/>
          <w:sz w:val="28"/>
          <w:szCs w:val="28"/>
        </w:rPr>
        <w:t xml:space="preserve"> электронное</w:t>
      </w:r>
      <w:r w:rsidR="007D1E18" w:rsidRPr="005840BE">
        <w:rPr>
          <w:rFonts w:ascii="Times New Roman" w:hAnsi="Times New Roman" w:cs="Times New Roman"/>
          <w:sz w:val="28"/>
          <w:szCs w:val="28"/>
        </w:rPr>
        <w:t xml:space="preserve"> (письменное)</w:t>
      </w:r>
      <w:r w:rsidR="004E7189" w:rsidRPr="005840BE">
        <w:rPr>
          <w:rFonts w:ascii="Times New Roman" w:hAnsi="Times New Roman" w:cs="Times New Roman"/>
          <w:sz w:val="28"/>
          <w:szCs w:val="28"/>
        </w:rPr>
        <w:t xml:space="preserve"> заявление на аккредитацию в рамках доступной избирательной кампании.</w:t>
      </w:r>
    </w:p>
    <w:p w14:paraId="211E33DE" w14:textId="77777777" w:rsidR="004E7189" w:rsidRPr="005840BE" w:rsidRDefault="00877480" w:rsidP="00C969C5">
      <w:pPr>
        <w:spacing w:after="0" w:line="240" w:lineRule="auto"/>
        <w:ind w:firstLine="709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t>Полномочия уполномоченных представителей</w:t>
      </w:r>
      <w:r w:rsidR="004E7189" w:rsidRPr="005840BE">
        <w:rPr>
          <w:szCs w:val="28"/>
          <w:lang w:val="ru-RU"/>
        </w:rPr>
        <w:t xml:space="preserve"> подтверждаются доверенностью, приказом или иным документом.</w:t>
      </w:r>
    </w:p>
    <w:p w14:paraId="1EB895E8" w14:textId="0CBF59B6" w:rsidR="00877480" w:rsidRPr="005840BE" w:rsidRDefault="00877480" w:rsidP="009E2A4B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lang w:val="ru-RU"/>
        </w:rPr>
        <w:t xml:space="preserve">Авторизация обеспечивает доступ к электронным сервисам </w:t>
      </w:r>
      <w:r w:rsidR="007D1E18" w:rsidRPr="005840BE">
        <w:rPr>
          <w:lang w:val="ru-RU"/>
        </w:rPr>
        <w:t>АИС «АСМИ</w:t>
      </w:r>
      <w:r w:rsidR="00DA2329" w:rsidRPr="005840BE">
        <w:rPr>
          <w:lang w:val="ru-RU"/>
        </w:rPr>
        <w:t>В</w:t>
      </w:r>
      <w:r w:rsidR="007D1E18" w:rsidRPr="005840BE">
        <w:rPr>
          <w:lang w:val="ru-RU"/>
        </w:rPr>
        <w:t>»</w:t>
      </w:r>
      <w:r w:rsidRPr="005840BE">
        <w:rPr>
          <w:lang w:val="ru-RU"/>
        </w:rPr>
        <w:t>. Доступ к разделу подачи электронного заявле</w:t>
      </w:r>
      <w:r w:rsidR="0060726C" w:rsidRPr="005840BE">
        <w:rPr>
          <w:lang w:val="ru-RU"/>
        </w:rPr>
        <w:t>ния предоставляется</w:t>
      </w:r>
      <w:r w:rsidRPr="005840BE">
        <w:rPr>
          <w:lang w:val="ru-RU"/>
        </w:rPr>
        <w:t xml:space="preserve"> только после успешного прохождения авторизации.</w:t>
      </w:r>
    </w:p>
    <w:p w14:paraId="2A5B98FC" w14:textId="7DE54AB9" w:rsidR="00793A0A" w:rsidRPr="005840BE" w:rsidRDefault="00C969C5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5. </w:t>
      </w:r>
      <w:r w:rsidR="004E7189" w:rsidRPr="005840BE">
        <w:rPr>
          <w:rFonts w:ascii="Times New Roman" w:hAnsi="Times New Roman" w:cs="Times New Roman"/>
          <w:sz w:val="28"/>
          <w:szCs w:val="28"/>
        </w:rPr>
        <w:t>Н</w:t>
      </w:r>
      <w:r w:rsidR="007354B0" w:rsidRPr="005840BE">
        <w:rPr>
          <w:rFonts w:ascii="Times New Roman" w:hAnsi="Times New Roman" w:cs="Times New Roman"/>
          <w:sz w:val="28"/>
          <w:szCs w:val="28"/>
        </w:rPr>
        <w:t>е</w:t>
      </w:r>
      <w:r w:rsidRPr="005840BE">
        <w:rPr>
          <w:rFonts w:ascii="Times New Roman" w:hAnsi="Times New Roman" w:cs="Times New Roman"/>
          <w:sz w:val="28"/>
          <w:szCs w:val="28"/>
        </w:rPr>
        <w:t xml:space="preserve"> </w:t>
      </w:r>
      <w:r w:rsidR="007354B0" w:rsidRPr="005840BE">
        <w:rPr>
          <w:rFonts w:ascii="Times New Roman" w:hAnsi="Times New Roman" w:cs="Times New Roman"/>
          <w:sz w:val="28"/>
          <w:szCs w:val="28"/>
        </w:rPr>
        <w:t>ак</w:t>
      </w:r>
      <w:r w:rsidRPr="005840BE">
        <w:rPr>
          <w:rFonts w:ascii="Times New Roman" w:hAnsi="Times New Roman" w:cs="Times New Roman"/>
          <w:sz w:val="28"/>
          <w:szCs w:val="28"/>
        </w:rPr>
        <w:t>к</w:t>
      </w:r>
      <w:r w:rsidR="007354B0" w:rsidRPr="005840BE">
        <w:rPr>
          <w:rFonts w:ascii="Times New Roman" w:hAnsi="Times New Roman" w:cs="Times New Roman"/>
          <w:sz w:val="28"/>
          <w:szCs w:val="28"/>
        </w:rPr>
        <w:t>редитованные</w:t>
      </w:r>
      <w:r w:rsidR="00CC4E4A" w:rsidRPr="005840BE">
        <w:rPr>
          <w:rFonts w:ascii="Times New Roman" w:hAnsi="Times New Roman" w:cs="Times New Roman"/>
          <w:sz w:val="28"/>
          <w:szCs w:val="28"/>
        </w:rPr>
        <w:t xml:space="preserve"> СМИ</w:t>
      </w:r>
      <w:r w:rsidR="00D81A8A" w:rsidRPr="005840BE">
        <w:rPr>
          <w:rFonts w:ascii="Times New Roman" w:hAnsi="Times New Roman" w:cs="Times New Roman"/>
          <w:sz w:val="28"/>
          <w:szCs w:val="28"/>
        </w:rPr>
        <w:t xml:space="preserve"> и интернет-издания в</w:t>
      </w:r>
      <w:r w:rsidR="006A44F6" w:rsidRPr="005840B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38224722"/>
      <w:r w:rsidR="007D1E18" w:rsidRPr="005840BE">
        <w:rPr>
          <w:rFonts w:ascii="Times New Roman" w:hAnsi="Times New Roman" w:cs="Times New Roman"/>
          <w:sz w:val="28"/>
          <w:szCs w:val="28"/>
        </w:rPr>
        <w:t>АИС «АСМИ</w:t>
      </w:r>
      <w:r w:rsidR="00DA2329" w:rsidRPr="005840BE">
        <w:rPr>
          <w:rFonts w:ascii="Times New Roman" w:hAnsi="Times New Roman" w:cs="Times New Roman"/>
          <w:sz w:val="28"/>
          <w:szCs w:val="28"/>
        </w:rPr>
        <w:t>В</w:t>
      </w:r>
      <w:r w:rsidR="007D1E18" w:rsidRPr="005840BE">
        <w:rPr>
          <w:rFonts w:ascii="Times New Roman" w:hAnsi="Times New Roman" w:cs="Times New Roman"/>
          <w:sz w:val="28"/>
          <w:szCs w:val="28"/>
        </w:rPr>
        <w:t>»</w:t>
      </w:r>
      <w:r w:rsidR="00D81A8A" w:rsidRPr="005840BE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D81A8A" w:rsidRPr="005840BE">
        <w:rPr>
          <w:rFonts w:ascii="Times New Roman" w:hAnsi="Times New Roman" w:cs="Times New Roman"/>
          <w:sz w:val="28"/>
          <w:szCs w:val="28"/>
        </w:rPr>
        <w:t>Центральной избирательной комиссии вправе участвовать в информационном обеспечении выборов без признаков предвыборной агитации.</w:t>
      </w:r>
    </w:p>
    <w:p w14:paraId="1708BBC3" w14:textId="2953B126" w:rsidR="00793A0A" w:rsidRPr="005840BE" w:rsidRDefault="00CC4E4A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6. Количество СМИ</w:t>
      </w:r>
      <w:r w:rsidR="00793A0A" w:rsidRPr="005840BE">
        <w:rPr>
          <w:rFonts w:ascii="Times New Roman" w:hAnsi="Times New Roman" w:cs="Times New Roman"/>
          <w:sz w:val="28"/>
          <w:szCs w:val="28"/>
        </w:rPr>
        <w:t>, интернет-изданий и/или их представителей для аккредитации не ограничено.</w:t>
      </w:r>
    </w:p>
    <w:p w14:paraId="4517F4DE" w14:textId="1296563D" w:rsidR="00793A0A" w:rsidRPr="005840BE" w:rsidRDefault="00793A0A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Количество представителей одного </w:t>
      </w:r>
      <w:r w:rsidR="00CC4E4A" w:rsidRPr="005840BE">
        <w:rPr>
          <w:rFonts w:ascii="Times New Roman" w:hAnsi="Times New Roman" w:cs="Times New Roman"/>
          <w:sz w:val="28"/>
          <w:szCs w:val="28"/>
        </w:rPr>
        <w:t>СМИ</w:t>
      </w:r>
      <w:r w:rsidRPr="005840BE">
        <w:rPr>
          <w:rFonts w:ascii="Times New Roman" w:hAnsi="Times New Roman" w:cs="Times New Roman"/>
          <w:sz w:val="28"/>
          <w:szCs w:val="28"/>
        </w:rPr>
        <w:t xml:space="preserve"> или интернет-издания на одном заседании или мероприятии, проводимого соответствующей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</w:t>
      </w:r>
      <w:r w:rsidR="002866EB" w:rsidRPr="005840BE">
        <w:rPr>
          <w:rFonts w:ascii="Times New Roman" w:hAnsi="Times New Roman" w:cs="Times New Roman"/>
          <w:sz w:val="28"/>
          <w:szCs w:val="28"/>
        </w:rPr>
        <w:t>ой</w:t>
      </w:r>
      <w:r w:rsidRPr="005840BE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2866EB" w:rsidRPr="005840BE">
        <w:rPr>
          <w:rFonts w:ascii="Times New Roman" w:hAnsi="Times New Roman" w:cs="Times New Roman"/>
          <w:sz w:val="28"/>
          <w:szCs w:val="28"/>
        </w:rPr>
        <w:t>и</w:t>
      </w:r>
      <w:r w:rsidRPr="005840BE">
        <w:rPr>
          <w:rFonts w:ascii="Times New Roman" w:hAnsi="Times New Roman" w:cs="Times New Roman"/>
          <w:sz w:val="28"/>
          <w:szCs w:val="28"/>
        </w:rPr>
        <w:t xml:space="preserve">, и не может превышать двух человек от одного </w:t>
      </w:r>
      <w:r w:rsidR="00CC4E4A" w:rsidRPr="005840BE">
        <w:rPr>
          <w:rFonts w:ascii="Times New Roman" w:hAnsi="Times New Roman" w:cs="Times New Roman"/>
          <w:sz w:val="28"/>
          <w:szCs w:val="28"/>
        </w:rPr>
        <w:t>СМИ</w:t>
      </w:r>
      <w:r w:rsidRPr="005840BE">
        <w:rPr>
          <w:rFonts w:ascii="Times New Roman" w:hAnsi="Times New Roman" w:cs="Times New Roman"/>
          <w:sz w:val="28"/>
          <w:szCs w:val="28"/>
        </w:rPr>
        <w:t>, интернет</w:t>
      </w:r>
      <w:r w:rsidR="002866EB" w:rsidRPr="005840BE">
        <w:rPr>
          <w:rFonts w:ascii="Times New Roman" w:hAnsi="Times New Roman" w:cs="Times New Roman"/>
          <w:sz w:val="28"/>
          <w:szCs w:val="28"/>
        </w:rPr>
        <w:t>-</w:t>
      </w:r>
      <w:r w:rsidRPr="005840BE">
        <w:rPr>
          <w:rFonts w:ascii="Times New Roman" w:hAnsi="Times New Roman" w:cs="Times New Roman"/>
          <w:sz w:val="28"/>
          <w:szCs w:val="28"/>
        </w:rPr>
        <w:t>издания.</w:t>
      </w:r>
    </w:p>
    <w:p w14:paraId="4319B7FF" w14:textId="06DF603D" w:rsidR="00793A0A" w:rsidRPr="005840BE" w:rsidRDefault="00793A0A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7. В целях аккредитации при проведении выборов соответствующие телерадиовещательные организации, редакции периодических печатных изданий, владельцы интернет-изданий в </w:t>
      </w:r>
      <w:r w:rsidR="000E62BB" w:rsidRPr="005840BE"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r w:rsidRPr="005840BE">
        <w:rPr>
          <w:rFonts w:ascii="Times New Roman" w:hAnsi="Times New Roman" w:cs="Times New Roman"/>
          <w:sz w:val="28"/>
          <w:szCs w:val="28"/>
        </w:rPr>
        <w:t>срок со дня официального опубликования решения о назначении выборов и проведении референдума представляют в Центральную избирательную комиссию информацию о стоимости (оплата) и других условиях предоставлени</w:t>
      </w:r>
      <w:r w:rsidR="000E62BB" w:rsidRPr="005840BE">
        <w:rPr>
          <w:rFonts w:ascii="Times New Roman" w:hAnsi="Times New Roman" w:cs="Times New Roman"/>
          <w:sz w:val="28"/>
          <w:szCs w:val="28"/>
        </w:rPr>
        <w:t>я</w:t>
      </w:r>
      <w:r w:rsidRPr="005840BE">
        <w:rPr>
          <w:rFonts w:ascii="Times New Roman" w:hAnsi="Times New Roman" w:cs="Times New Roman"/>
          <w:sz w:val="28"/>
          <w:szCs w:val="28"/>
        </w:rPr>
        <w:t xml:space="preserve"> эфирного времени, прав публикации на печатной площади или интернет-издания:</w:t>
      </w:r>
    </w:p>
    <w:p w14:paraId="4CB49930" w14:textId="20496BEC" w:rsidR="00793A0A" w:rsidRPr="005840BE" w:rsidRDefault="00793A0A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- при проведении выборов Президента Кыргызской Республики и депутатов </w:t>
      </w:r>
      <w:proofErr w:type="spellStart"/>
      <w:r w:rsidRPr="005840BE">
        <w:rPr>
          <w:rFonts w:ascii="Times New Roman" w:hAnsi="Times New Roman" w:cs="Times New Roman"/>
          <w:sz w:val="28"/>
          <w:szCs w:val="28"/>
        </w:rPr>
        <w:t>Жогорку</w:t>
      </w:r>
      <w:proofErr w:type="spellEnd"/>
      <w:r w:rsidRPr="005840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0BE">
        <w:rPr>
          <w:rFonts w:ascii="Times New Roman" w:hAnsi="Times New Roman" w:cs="Times New Roman"/>
          <w:sz w:val="28"/>
          <w:szCs w:val="28"/>
        </w:rPr>
        <w:t>Кенеша</w:t>
      </w:r>
      <w:proofErr w:type="spellEnd"/>
      <w:r w:rsidRPr="005840BE">
        <w:rPr>
          <w:rFonts w:ascii="Times New Roman" w:hAnsi="Times New Roman" w:cs="Times New Roman"/>
          <w:sz w:val="28"/>
          <w:szCs w:val="28"/>
        </w:rPr>
        <w:t xml:space="preserve"> Кыргызской Республики не позднее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Pr="005840BE">
        <w:rPr>
          <w:rFonts w:ascii="Times New Roman" w:hAnsi="Times New Roman" w:cs="Times New Roman"/>
          <w:sz w:val="28"/>
          <w:szCs w:val="28"/>
        </w:rPr>
        <w:t>20 календарных дней со дня официального опубликования решения о назначении выборов;</w:t>
      </w:r>
    </w:p>
    <w:p w14:paraId="4765A153" w14:textId="051BE699" w:rsidR="00793A0A" w:rsidRPr="005840BE" w:rsidRDefault="00793A0A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- при проведении выборов депутатов местных </w:t>
      </w:r>
      <w:proofErr w:type="spellStart"/>
      <w:r w:rsidRPr="005840BE">
        <w:rPr>
          <w:rFonts w:ascii="Times New Roman" w:hAnsi="Times New Roman" w:cs="Times New Roman"/>
          <w:sz w:val="28"/>
          <w:szCs w:val="28"/>
        </w:rPr>
        <w:t>кенешей</w:t>
      </w:r>
      <w:proofErr w:type="spellEnd"/>
      <w:r w:rsidRPr="005840BE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Pr="005840BE">
        <w:rPr>
          <w:rFonts w:ascii="Times New Roman" w:hAnsi="Times New Roman" w:cs="Times New Roman"/>
          <w:sz w:val="28"/>
          <w:szCs w:val="28"/>
        </w:rPr>
        <w:t>10 календарных дней после официального опубликования решения о назначении выборов.</w:t>
      </w:r>
    </w:p>
    <w:p w14:paraId="20EAD3A8" w14:textId="77777777" w:rsidR="0060726C" w:rsidRPr="005840BE" w:rsidRDefault="0060726C" w:rsidP="009E2A4B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rFonts w:cs="Times New Roman"/>
          <w:szCs w:val="28"/>
          <w:lang w:val="ru-RU"/>
        </w:rPr>
        <w:lastRenderedPageBreak/>
        <w:t>При этом стоимость эфирного времени, печатной площади или права публикации в интернет-издании не может превышать стоимости, которая взималась за 6 месяцев до дня назначения выборов.</w:t>
      </w:r>
    </w:p>
    <w:p w14:paraId="6BC69A16" w14:textId="77777777" w:rsidR="00793A0A" w:rsidRPr="005840BE" w:rsidRDefault="00793A0A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8. По истечении срока, указанного в пункте 7 настоящего Положения, представленные сведения Центральная избирательная комиссия публикует на своем официальном сайте для всеобщего сведения не позднее следующего срока со дня официального опубликования решения о назначении выборов:</w:t>
      </w:r>
    </w:p>
    <w:p w14:paraId="3D1237D3" w14:textId="6D0D74B4" w:rsidR="00793A0A" w:rsidRPr="005840BE" w:rsidRDefault="00793A0A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при проведении выборов Президента Кыргызской Республики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Pr="005840BE">
        <w:rPr>
          <w:rFonts w:ascii="Times New Roman" w:hAnsi="Times New Roman" w:cs="Times New Roman"/>
          <w:sz w:val="28"/>
          <w:szCs w:val="28"/>
        </w:rPr>
        <w:t xml:space="preserve">и депутатов </w:t>
      </w:r>
      <w:proofErr w:type="spellStart"/>
      <w:r w:rsidRPr="005840BE">
        <w:rPr>
          <w:rFonts w:ascii="Times New Roman" w:hAnsi="Times New Roman" w:cs="Times New Roman"/>
          <w:sz w:val="28"/>
          <w:szCs w:val="28"/>
        </w:rPr>
        <w:t>Жогорку</w:t>
      </w:r>
      <w:proofErr w:type="spellEnd"/>
      <w:r w:rsidRPr="005840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0BE">
        <w:rPr>
          <w:rFonts w:ascii="Times New Roman" w:hAnsi="Times New Roman" w:cs="Times New Roman"/>
          <w:sz w:val="28"/>
          <w:szCs w:val="28"/>
        </w:rPr>
        <w:t>Кенеша</w:t>
      </w:r>
      <w:proofErr w:type="spellEnd"/>
      <w:r w:rsidRPr="005840BE">
        <w:rPr>
          <w:rFonts w:ascii="Times New Roman" w:hAnsi="Times New Roman" w:cs="Times New Roman"/>
          <w:sz w:val="28"/>
          <w:szCs w:val="28"/>
        </w:rPr>
        <w:t xml:space="preserve"> Кыргызской Республики не позднее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Pr="005840BE">
        <w:rPr>
          <w:rFonts w:ascii="Times New Roman" w:hAnsi="Times New Roman" w:cs="Times New Roman"/>
          <w:sz w:val="28"/>
          <w:szCs w:val="28"/>
        </w:rPr>
        <w:t>25 календарных дней со дня официального опубликования решения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Pr="005840BE">
        <w:rPr>
          <w:rFonts w:ascii="Times New Roman" w:hAnsi="Times New Roman" w:cs="Times New Roman"/>
          <w:sz w:val="28"/>
          <w:szCs w:val="28"/>
        </w:rPr>
        <w:t>о назначении выборов;</w:t>
      </w:r>
    </w:p>
    <w:p w14:paraId="7EF480FA" w14:textId="7D74F458" w:rsidR="006B6084" w:rsidRPr="005840BE" w:rsidRDefault="00793A0A" w:rsidP="009E2A4B">
      <w:pPr>
        <w:spacing w:after="0" w:line="240" w:lineRule="auto"/>
        <w:ind w:firstLine="709"/>
        <w:jc w:val="both"/>
        <w:rPr>
          <w:rFonts w:cs="Times New Roman"/>
          <w:szCs w:val="28"/>
          <w:lang w:val="ru-RU"/>
        </w:rPr>
      </w:pPr>
      <w:r w:rsidRPr="005840BE">
        <w:rPr>
          <w:rFonts w:cs="Times New Roman"/>
          <w:szCs w:val="28"/>
          <w:lang w:val="ru-RU"/>
        </w:rPr>
        <w:t xml:space="preserve">- при проведении выборов депутатов местных </w:t>
      </w:r>
      <w:proofErr w:type="spellStart"/>
      <w:r w:rsidRPr="005840BE">
        <w:rPr>
          <w:rFonts w:cs="Times New Roman"/>
          <w:szCs w:val="28"/>
          <w:lang w:val="ru-RU"/>
        </w:rPr>
        <w:t>кенешей</w:t>
      </w:r>
      <w:proofErr w:type="spellEnd"/>
      <w:r w:rsidRPr="005840BE">
        <w:rPr>
          <w:rFonts w:cs="Times New Roman"/>
          <w:szCs w:val="28"/>
          <w:lang w:val="ru-RU"/>
        </w:rPr>
        <w:t xml:space="preserve"> не позднее</w:t>
      </w:r>
      <w:r w:rsidR="009E2975">
        <w:rPr>
          <w:rFonts w:cs="Times New Roman"/>
          <w:szCs w:val="28"/>
          <w:lang w:val="ru-RU"/>
        </w:rPr>
        <w:br/>
      </w:r>
      <w:r w:rsidRPr="005840BE">
        <w:rPr>
          <w:rFonts w:cs="Times New Roman"/>
          <w:szCs w:val="28"/>
          <w:lang w:val="ru-RU"/>
        </w:rPr>
        <w:t>15 календарных дней после официального опубликования решения</w:t>
      </w:r>
      <w:r w:rsidR="009E2975">
        <w:rPr>
          <w:rFonts w:cs="Times New Roman"/>
          <w:szCs w:val="28"/>
          <w:lang w:val="ru-RU"/>
        </w:rPr>
        <w:br/>
      </w:r>
      <w:r w:rsidRPr="005840BE">
        <w:rPr>
          <w:rFonts w:cs="Times New Roman"/>
          <w:szCs w:val="28"/>
          <w:lang w:val="ru-RU"/>
        </w:rPr>
        <w:t>о назначении выборов.</w:t>
      </w:r>
      <w:r w:rsidR="00651662" w:rsidRPr="005840BE">
        <w:rPr>
          <w:rFonts w:cs="Times New Roman"/>
          <w:szCs w:val="28"/>
          <w:lang w:val="ru-RU"/>
        </w:rPr>
        <w:t xml:space="preserve"> </w:t>
      </w:r>
    </w:p>
    <w:p w14:paraId="0504E32C" w14:textId="58F4D2A3" w:rsidR="00BA4832" w:rsidRPr="005840BE" w:rsidRDefault="00793A0A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9. С</w:t>
      </w:r>
      <w:r w:rsidR="00CC4E4A" w:rsidRPr="005840BE">
        <w:rPr>
          <w:rFonts w:ascii="Times New Roman" w:hAnsi="Times New Roman" w:cs="Times New Roman"/>
          <w:sz w:val="28"/>
          <w:szCs w:val="28"/>
        </w:rPr>
        <w:t>МИ</w:t>
      </w:r>
      <w:r w:rsidR="004E7189" w:rsidRPr="005840BE">
        <w:rPr>
          <w:rFonts w:ascii="Times New Roman" w:hAnsi="Times New Roman" w:cs="Times New Roman"/>
          <w:sz w:val="28"/>
          <w:szCs w:val="28"/>
        </w:rPr>
        <w:t xml:space="preserve"> и интернет-</w:t>
      </w:r>
      <w:r w:rsidR="00612B0F" w:rsidRPr="005840BE">
        <w:rPr>
          <w:rFonts w:ascii="Times New Roman" w:hAnsi="Times New Roman" w:cs="Times New Roman"/>
          <w:sz w:val="28"/>
          <w:szCs w:val="28"/>
        </w:rPr>
        <w:t>изд</w:t>
      </w:r>
      <w:r w:rsidR="004E7189" w:rsidRPr="005840BE">
        <w:rPr>
          <w:rFonts w:ascii="Times New Roman" w:hAnsi="Times New Roman" w:cs="Times New Roman"/>
          <w:sz w:val="28"/>
          <w:szCs w:val="28"/>
        </w:rPr>
        <w:t>а</w:t>
      </w:r>
      <w:r w:rsidR="00612B0F" w:rsidRPr="005840BE">
        <w:rPr>
          <w:rFonts w:ascii="Times New Roman" w:hAnsi="Times New Roman" w:cs="Times New Roman"/>
          <w:sz w:val="28"/>
          <w:szCs w:val="28"/>
        </w:rPr>
        <w:t>н</w:t>
      </w:r>
      <w:r w:rsidR="004E7189" w:rsidRPr="005840BE">
        <w:rPr>
          <w:rFonts w:ascii="Times New Roman" w:hAnsi="Times New Roman" w:cs="Times New Roman"/>
          <w:sz w:val="28"/>
          <w:szCs w:val="28"/>
        </w:rPr>
        <w:t>ия,</w:t>
      </w:r>
      <w:r w:rsidRPr="005840BE">
        <w:rPr>
          <w:rFonts w:ascii="Times New Roman" w:hAnsi="Times New Roman" w:cs="Times New Roman"/>
          <w:sz w:val="28"/>
          <w:szCs w:val="28"/>
        </w:rPr>
        <w:t xml:space="preserve"> изъявившие намерение участвовать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Pr="005840BE">
        <w:rPr>
          <w:rFonts w:ascii="Times New Roman" w:hAnsi="Times New Roman" w:cs="Times New Roman"/>
          <w:sz w:val="28"/>
          <w:szCs w:val="28"/>
        </w:rPr>
        <w:t xml:space="preserve">в предвыборной агитации, обязаны в установленный пунктом 7 </w:t>
      </w:r>
      <w:r w:rsidR="00412216" w:rsidRPr="005840BE">
        <w:rPr>
          <w:rFonts w:ascii="Times New Roman" w:hAnsi="Times New Roman" w:cs="Times New Roman"/>
          <w:sz w:val="28"/>
          <w:szCs w:val="28"/>
        </w:rPr>
        <w:t xml:space="preserve">настоящего Положения </w:t>
      </w:r>
      <w:r w:rsidRPr="005840BE">
        <w:rPr>
          <w:rFonts w:ascii="Times New Roman" w:hAnsi="Times New Roman" w:cs="Times New Roman"/>
          <w:sz w:val="28"/>
          <w:szCs w:val="28"/>
        </w:rPr>
        <w:t xml:space="preserve">срок представить в Центральную избирательную комиссию </w:t>
      </w:r>
      <w:r w:rsidR="00651662" w:rsidRPr="005840BE">
        <w:rPr>
          <w:rFonts w:ascii="Times New Roman" w:hAnsi="Times New Roman" w:cs="Times New Roman"/>
          <w:sz w:val="28"/>
          <w:szCs w:val="28"/>
        </w:rPr>
        <w:t>электронную форму заявления устан</w:t>
      </w:r>
      <w:r w:rsidR="009F09B8" w:rsidRPr="005840BE">
        <w:rPr>
          <w:rFonts w:ascii="Times New Roman" w:hAnsi="Times New Roman" w:cs="Times New Roman"/>
          <w:sz w:val="28"/>
          <w:szCs w:val="28"/>
        </w:rPr>
        <w:t>овленного образца и прикреплять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="0016757F" w:rsidRPr="005840BE">
        <w:rPr>
          <w:rFonts w:ascii="Times New Roman" w:hAnsi="Times New Roman" w:cs="Times New Roman"/>
          <w:sz w:val="28"/>
          <w:szCs w:val="28"/>
        </w:rPr>
        <w:t>в формате PDF</w:t>
      </w:r>
      <w:r w:rsidR="00651662" w:rsidRPr="005840BE">
        <w:rPr>
          <w:rFonts w:ascii="Times New Roman" w:hAnsi="Times New Roman" w:cs="Times New Roman"/>
          <w:sz w:val="28"/>
          <w:szCs w:val="28"/>
        </w:rPr>
        <w:t xml:space="preserve"> </w:t>
      </w:r>
      <w:r w:rsidR="0016757F" w:rsidRPr="005840BE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14:paraId="278BB546" w14:textId="79E39EDC" w:rsidR="0016757F" w:rsidRPr="005840BE" w:rsidRDefault="00793BE6" w:rsidP="00C969C5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b/>
          <w:lang w:val="ru-RU"/>
        </w:rPr>
        <w:t>-</w:t>
      </w:r>
      <w:r w:rsidR="00DE1FCB" w:rsidRPr="005840BE">
        <w:rPr>
          <w:b/>
          <w:lang w:val="ru-RU"/>
        </w:rPr>
        <w:t xml:space="preserve"> </w:t>
      </w:r>
      <w:r w:rsidR="00DE1FCB" w:rsidRPr="005840BE">
        <w:rPr>
          <w:bCs/>
          <w:lang w:val="ru-RU"/>
        </w:rPr>
        <w:t>электронное</w:t>
      </w:r>
      <w:r w:rsidR="00262636" w:rsidRPr="005840BE">
        <w:rPr>
          <w:bCs/>
          <w:lang w:val="ru-RU"/>
        </w:rPr>
        <w:t xml:space="preserve"> </w:t>
      </w:r>
      <w:r w:rsidR="00262636" w:rsidRPr="005840BE">
        <w:rPr>
          <w:rFonts w:cs="Times New Roman"/>
          <w:szCs w:val="28"/>
          <w:lang w:val="ru-RU"/>
        </w:rPr>
        <w:t xml:space="preserve">(письменное) </w:t>
      </w:r>
      <w:r w:rsidR="0016757F" w:rsidRPr="005840BE">
        <w:rPr>
          <w:lang w:val="ru-RU"/>
        </w:rPr>
        <w:t>заявление о готовности у</w:t>
      </w:r>
      <w:r w:rsidRPr="005840BE">
        <w:rPr>
          <w:lang w:val="ru-RU"/>
        </w:rPr>
        <w:t>частия</w:t>
      </w:r>
      <w:r w:rsidR="009E2975">
        <w:rPr>
          <w:lang w:val="ru-RU"/>
        </w:rPr>
        <w:br/>
      </w:r>
      <w:r w:rsidRPr="005840BE">
        <w:rPr>
          <w:lang w:val="ru-RU"/>
        </w:rPr>
        <w:t xml:space="preserve">в предвыборной агитации </w:t>
      </w:r>
      <w:r w:rsidR="0016757F" w:rsidRPr="005840BE">
        <w:rPr>
          <w:lang w:val="ru-RU"/>
        </w:rPr>
        <w:t>с указанием ФИО руководителя, координат</w:t>
      </w:r>
      <w:r w:rsidRPr="005840BE">
        <w:rPr>
          <w:lang w:val="ru-RU"/>
        </w:rPr>
        <w:t>ы</w:t>
      </w:r>
      <w:r w:rsidR="009E2975">
        <w:rPr>
          <w:lang w:val="ru-RU"/>
        </w:rPr>
        <w:br/>
      </w:r>
      <w:r w:rsidRPr="005840BE">
        <w:rPr>
          <w:lang w:val="ru-RU"/>
        </w:rPr>
        <w:t>и контактные данные</w:t>
      </w:r>
      <w:r w:rsidR="0016757F" w:rsidRPr="005840BE">
        <w:rPr>
          <w:lang w:val="ru-RU"/>
        </w:rPr>
        <w:t xml:space="preserve"> </w:t>
      </w:r>
      <w:r w:rsidR="00CC4E4A" w:rsidRPr="005840BE">
        <w:rPr>
          <w:lang w:val="ru-RU"/>
        </w:rPr>
        <w:t>СМИ</w:t>
      </w:r>
      <w:r w:rsidR="0016757F" w:rsidRPr="005840BE">
        <w:rPr>
          <w:lang w:val="ru-RU"/>
        </w:rPr>
        <w:t xml:space="preserve"> и интернет-издания </w:t>
      </w:r>
      <w:r w:rsidR="0016757F" w:rsidRPr="005840BE">
        <w:rPr>
          <w:i/>
          <w:iCs/>
          <w:lang w:val="ru-RU"/>
        </w:rPr>
        <w:t>(обязательное для заполнения поле)</w:t>
      </w:r>
      <w:r w:rsidR="0016757F" w:rsidRPr="005840BE">
        <w:rPr>
          <w:lang w:val="ru-RU"/>
        </w:rPr>
        <w:t>;</w:t>
      </w:r>
    </w:p>
    <w:p w14:paraId="35B6114D" w14:textId="5428D7B1" w:rsidR="00793BE6" w:rsidRPr="005840BE" w:rsidRDefault="00793BE6" w:rsidP="00C969C5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lang w:val="ru-RU"/>
        </w:rPr>
        <w:t>-</w:t>
      </w:r>
      <w:r w:rsidR="00C969C5" w:rsidRPr="005840BE">
        <w:rPr>
          <w:lang w:val="ru-RU"/>
        </w:rPr>
        <w:t xml:space="preserve"> </w:t>
      </w:r>
      <w:r w:rsidRPr="005840BE">
        <w:rPr>
          <w:lang w:val="ru-RU"/>
        </w:rPr>
        <w:t>копию</w:t>
      </w:r>
      <w:r w:rsidR="0016757F" w:rsidRPr="005840BE">
        <w:rPr>
          <w:lang w:val="ru-RU"/>
        </w:rPr>
        <w:t xml:space="preserve"> свидетельства о регистрации </w:t>
      </w:r>
      <w:r w:rsidR="00CC4E4A" w:rsidRPr="005840BE">
        <w:rPr>
          <w:lang w:val="ru-RU"/>
        </w:rPr>
        <w:t>СМИ</w:t>
      </w:r>
      <w:r w:rsidR="0016757F" w:rsidRPr="005840BE">
        <w:rPr>
          <w:lang w:val="ru-RU"/>
        </w:rPr>
        <w:t xml:space="preserve"> в Министерстве юстиции Кыргызской Республики </w:t>
      </w:r>
      <w:r w:rsidR="0016757F" w:rsidRPr="005840BE">
        <w:rPr>
          <w:i/>
          <w:iCs/>
          <w:lang w:val="ru-RU"/>
        </w:rPr>
        <w:t>(обязательное для заполнения поле)</w:t>
      </w:r>
      <w:r w:rsidRPr="005840BE">
        <w:rPr>
          <w:lang w:val="ru-RU"/>
        </w:rPr>
        <w:t>.</w:t>
      </w:r>
    </w:p>
    <w:p w14:paraId="24C28CC4" w14:textId="70A98F82" w:rsidR="0016757F" w:rsidRPr="005840BE" w:rsidRDefault="00793BE6" w:rsidP="00C969C5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lang w:val="ru-RU"/>
        </w:rPr>
        <w:t>-</w:t>
      </w:r>
      <w:r w:rsidR="00C969C5" w:rsidRPr="005840BE">
        <w:rPr>
          <w:lang w:val="ru-RU"/>
        </w:rPr>
        <w:t xml:space="preserve"> </w:t>
      </w:r>
      <w:r w:rsidRPr="005840BE">
        <w:rPr>
          <w:lang w:val="ru-RU"/>
        </w:rPr>
        <w:t>копию</w:t>
      </w:r>
      <w:r w:rsidR="0016757F" w:rsidRPr="005840BE">
        <w:rPr>
          <w:lang w:val="ru-RU"/>
        </w:rPr>
        <w:t xml:space="preserve"> свидет</w:t>
      </w:r>
      <w:r w:rsidRPr="005840BE">
        <w:rPr>
          <w:lang w:val="ru-RU"/>
        </w:rPr>
        <w:t xml:space="preserve">ельства о государственной </w:t>
      </w:r>
      <w:r w:rsidR="0016757F" w:rsidRPr="005840BE">
        <w:rPr>
          <w:lang w:val="ru-RU"/>
        </w:rPr>
        <w:t xml:space="preserve">регистрации </w:t>
      </w:r>
      <w:r w:rsidRPr="005840BE">
        <w:rPr>
          <w:lang w:val="ru-RU"/>
        </w:rPr>
        <w:t>(перерегистрации) юридического лица либо копию</w:t>
      </w:r>
      <w:r w:rsidR="0016757F" w:rsidRPr="005840BE">
        <w:rPr>
          <w:lang w:val="ru-RU"/>
        </w:rPr>
        <w:t xml:space="preserve"> свидетельства</w:t>
      </w:r>
      <w:r w:rsidR="009E2975">
        <w:rPr>
          <w:lang w:val="ru-RU"/>
        </w:rPr>
        <w:br/>
      </w:r>
      <w:r w:rsidR="0016757F" w:rsidRPr="005840BE">
        <w:rPr>
          <w:lang w:val="ru-RU"/>
        </w:rPr>
        <w:t xml:space="preserve">о регистрации индивидуального предпринимателя в налоговых органах </w:t>
      </w:r>
      <w:r w:rsidRPr="005840BE">
        <w:rPr>
          <w:lang w:val="ru-RU"/>
        </w:rPr>
        <w:t xml:space="preserve">(патент) </w:t>
      </w:r>
      <w:r w:rsidR="0016757F" w:rsidRPr="005840BE">
        <w:rPr>
          <w:i/>
          <w:iCs/>
          <w:lang w:val="ru-RU"/>
        </w:rPr>
        <w:t>(обязательное для заполнения поле)</w:t>
      </w:r>
      <w:r w:rsidR="0016757F" w:rsidRPr="005840BE">
        <w:rPr>
          <w:lang w:val="ru-RU"/>
        </w:rPr>
        <w:t>;</w:t>
      </w:r>
    </w:p>
    <w:p w14:paraId="569F1438" w14:textId="3DF3ECFE" w:rsidR="00793BE6" w:rsidRPr="005840BE" w:rsidRDefault="00793BE6" w:rsidP="00C969C5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lang w:val="ru-RU"/>
        </w:rPr>
        <w:t>-</w:t>
      </w:r>
      <w:r w:rsidR="00C969C5" w:rsidRPr="005840BE">
        <w:rPr>
          <w:lang w:val="ru-RU"/>
        </w:rPr>
        <w:t xml:space="preserve"> </w:t>
      </w:r>
      <w:r w:rsidRPr="005840BE">
        <w:rPr>
          <w:lang w:val="ru-RU"/>
        </w:rPr>
        <w:t xml:space="preserve">копия устава </w:t>
      </w:r>
      <w:r w:rsidRPr="005840BE">
        <w:rPr>
          <w:i/>
          <w:iCs/>
          <w:lang w:val="ru-RU"/>
        </w:rPr>
        <w:t>(при наличии, необязательное поле)</w:t>
      </w:r>
      <w:r w:rsidRPr="005840BE">
        <w:rPr>
          <w:lang w:val="ru-RU"/>
        </w:rPr>
        <w:t>;</w:t>
      </w:r>
    </w:p>
    <w:p w14:paraId="2FD77A18" w14:textId="1A4E0167" w:rsidR="0016757F" w:rsidRPr="005840BE" w:rsidRDefault="00793BE6" w:rsidP="00C969C5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lang w:val="ru-RU"/>
        </w:rPr>
        <w:t>- копию</w:t>
      </w:r>
      <w:r w:rsidR="0016757F" w:rsidRPr="005840BE">
        <w:rPr>
          <w:lang w:val="ru-RU"/>
        </w:rPr>
        <w:t xml:space="preserve"> разрешительных документов на осущ</w:t>
      </w:r>
      <w:r w:rsidRPr="005840BE">
        <w:rPr>
          <w:lang w:val="ru-RU"/>
        </w:rPr>
        <w:t>ествление деятельности, выданную</w:t>
      </w:r>
      <w:r w:rsidR="0016757F" w:rsidRPr="005840BE">
        <w:rPr>
          <w:lang w:val="ru-RU"/>
        </w:rPr>
        <w:t xml:space="preserve"> уполномоченным государственным органом в сфере информации</w:t>
      </w:r>
      <w:r w:rsidR="009E2975">
        <w:rPr>
          <w:lang w:val="ru-RU"/>
        </w:rPr>
        <w:br/>
      </w:r>
      <w:r w:rsidR="0016757F" w:rsidRPr="005840BE">
        <w:rPr>
          <w:lang w:val="ru-RU"/>
        </w:rPr>
        <w:t xml:space="preserve">и информационных коммуникаций </w:t>
      </w:r>
      <w:r w:rsidR="0016757F" w:rsidRPr="005840BE">
        <w:rPr>
          <w:i/>
          <w:iCs/>
          <w:lang w:val="ru-RU"/>
        </w:rPr>
        <w:t>(обязательное для заполнения поле)</w:t>
      </w:r>
      <w:r w:rsidR="0016757F" w:rsidRPr="005840BE">
        <w:rPr>
          <w:lang w:val="ru-RU"/>
        </w:rPr>
        <w:t>;</w:t>
      </w:r>
    </w:p>
    <w:p w14:paraId="7873A4B6" w14:textId="1E276919" w:rsidR="006B6084" w:rsidRPr="005840BE" w:rsidRDefault="00793BE6" w:rsidP="00C969C5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lang w:val="ru-RU"/>
        </w:rPr>
        <w:t xml:space="preserve">- </w:t>
      </w:r>
      <w:r w:rsidR="0016757F" w:rsidRPr="005840BE">
        <w:rPr>
          <w:lang w:val="ru-RU"/>
        </w:rPr>
        <w:t xml:space="preserve">заверенные сведения о размере </w:t>
      </w:r>
      <w:r w:rsidR="00F16B06" w:rsidRPr="005840BE">
        <w:rPr>
          <w:lang w:val="ru-RU"/>
        </w:rPr>
        <w:t>и других условиях оплаты</w:t>
      </w:r>
      <w:r w:rsidR="009E2975">
        <w:rPr>
          <w:lang w:val="ru-RU"/>
        </w:rPr>
        <w:br/>
      </w:r>
      <w:r w:rsidR="00F16B06" w:rsidRPr="005840BE">
        <w:rPr>
          <w:lang w:val="ru-RU"/>
        </w:rPr>
        <w:t>за предоставление</w:t>
      </w:r>
      <w:r w:rsidR="0016757F" w:rsidRPr="005840BE">
        <w:rPr>
          <w:lang w:val="ru-RU"/>
        </w:rPr>
        <w:t xml:space="preserve"> эфирного времени, печатной площади или права публикации в интернет-издании </w:t>
      </w:r>
      <w:r w:rsidR="0016757F" w:rsidRPr="005840BE">
        <w:rPr>
          <w:i/>
          <w:iCs/>
          <w:lang w:val="ru-RU"/>
        </w:rPr>
        <w:t>(обязательное для заполнения поле)</w:t>
      </w:r>
      <w:r w:rsidR="0016757F" w:rsidRPr="005840BE">
        <w:rPr>
          <w:lang w:val="ru-RU"/>
        </w:rPr>
        <w:t>.</w:t>
      </w:r>
    </w:p>
    <w:p w14:paraId="0782CA97" w14:textId="77777777" w:rsidR="003249FE" w:rsidRPr="005840BE" w:rsidRDefault="00AD598F" w:rsidP="00C969C5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lang w:val="ru-RU"/>
        </w:rPr>
        <w:t>З</w:t>
      </w:r>
      <w:r w:rsidR="003249FE" w:rsidRPr="005840BE">
        <w:rPr>
          <w:lang w:val="ru-RU"/>
        </w:rPr>
        <w:t xml:space="preserve">аявление </w:t>
      </w:r>
      <w:r w:rsidR="007354B0" w:rsidRPr="005840BE">
        <w:rPr>
          <w:lang w:val="ru-RU"/>
        </w:rPr>
        <w:t>и приложенные к нему цифровые</w:t>
      </w:r>
      <w:r w:rsidR="003249FE" w:rsidRPr="005840BE">
        <w:rPr>
          <w:lang w:val="ru-RU"/>
        </w:rPr>
        <w:t xml:space="preserve"> документы в обязательном порядке подписываются цифровой подписью </w:t>
      </w:r>
      <w:r w:rsidR="007354B0" w:rsidRPr="005840BE">
        <w:rPr>
          <w:lang w:val="ru-RU"/>
        </w:rPr>
        <w:t>з</w:t>
      </w:r>
      <w:r w:rsidR="003249FE" w:rsidRPr="005840BE">
        <w:rPr>
          <w:lang w:val="ru-RU"/>
        </w:rPr>
        <w:t>аявителя.</w:t>
      </w:r>
    </w:p>
    <w:p w14:paraId="3FA2A8B2" w14:textId="77777777" w:rsidR="006B6084" w:rsidRPr="005840BE" w:rsidRDefault="006B6084" w:rsidP="00C969C5">
      <w:pPr>
        <w:spacing w:after="0" w:line="240" w:lineRule="auto"/>
        <w:ind w:firstLine="709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t>На каждые выборы подается отдельное заявление.</w:t>
      </w:r>
    </w:p>
    <w:p w14:paraId="5E2E8416" w14:textId="77777777" w:rsidR="006B6084" w:rsidRPr="005840BE" w:rsidRDefault="006B6084" w:rsidP="00C969C5">
      <w:pPr>
        <w:spacing w:after="0" w:line="240" w:lineRule="auto"/>
        <w:ind w:firstLine="709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t>Первичная подача заявления доступна только в период приема документов.</w:t>
      </w:r>
    </w:p>
    <w:p w14:paraId="398E2E83" w14:textId="13A9CD5A" w:rsidR="006B6084" w:rsidRPr="005840BE" w:rsidRDefault="000907DE" w:rsidP="009E2A4B">
      <w:pPr>
        <w:spacing w:after="0" w:line="240" w:lineRule="auto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lastRenderedPageBreak/>
        <w:t xml:space="preserve">        </w:t>
      </w:r>
      <w:r w:rsidR="00C969C5" w:rsidRPr="005840BE">
        <w:rPr>
          <w:szCs w:val="28"/>
          <w:lang w:val="ru-RU"/>
        </w:rPr>
        <w:tab/>
      </w:r>
      <w:r w:rsidR="006B6084" w:rsidRPr="005840BE">
        <w:rPr>
          <w:szCs w:val="28"/>
          <w:lang w:val="ru-RU"/>
        </w:rPr>
        <w:t xml:space="preserve">Представитель </w:t>
      </w:r>
      <w:r w:rsidR="00CC4E4A" w:rsidRPr="005840BE">
        <w:rPr>
          <w:szCs w:val="28"/>
          <w:lang w:val="ru-RU"/>
        </w:rPr>
        <w:t>СМИ</w:t>
      </w:r>
      <w:r w:rsidR="006B6084" w:rsidRPr="005840BE">
        <w:rPr>
          <w:szCs w:val="28"/>
          <w:lang w:val="ru-RU"/>
        </w:rPr>
        <w:t xml:space="preserve"> может отозвать поданное заявление для редактирования, пока оно не перешло в статус «На рассмотрении».</w:t>
      </w:r>
    </w:p>
    <w:p w14:paraId="1E9B2E5C" w14:textId="680EB4B2" w:rsidR="006B6084" w:rsidRPr="005840BE" w:rsidRDefault="006B6084" w:rsidP="009E2A4B">
      <w:pPr>
        <w:spacing w:after="0" w:line="240" w:lineRule="auto"/>
        <w:ind w:firstLine="720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t xml:space="preserve">После перехода заявления в статус «На рассмотрении» его редактирование представителем </w:t>
      </w:r>
      <w:r w:rsidR="00CC4E4A" w:rsidRPr="005840BE">
        <w:rPr>
          <w:szCs w:val="28"/>
          <w:lang w:val="ru-RU"/>
        </w:rPr>
        <w:t>СМИ</w:t>
      </w:r>
      <w:r w:rsidRPr="005840BE">
        <w:rPr>
          <w:szCs w:val="28"/>
          <w:lang w:val="ru-RU"/>
        </w:rPr>
        <w:t xml:space="preserve"> не допускается.</w:t>
      </w:r>
    </w:p>
    <w:p w14:paraId="424E3FEF" w14:textId="77777777" w:rsidR="006B6084" w:rsidRPr="005840BE" w:rsidRDefault="00AD598F" w:rsidP="009E2A4B">
      <w:pPr>
        <w:spacing w:after="0" w:line="240" w:lineRule="auto"/>
        <w:ind w:firstLine="709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t>Цифровая</w:t>
      </w:r>
      <w:r w:rsidR="006B6084" w:rsidRPr="005840BE">
        <w:rPr>
          <w:szCs w:val="28"/>
          <w:lang w:val="ru-RU"/>
        </w:rPr>
        <w:t xml:space="preserve"> подпись на первом этапе не применяется.</w:t>
      </w:r>
    </w:p>
    <w:p w14:paraId="4EF79CB9" w14:textId="427BC067" w:rsidR="00F16B06" w:rsidRPr="005840BE" w:rsidRDefault="008D04D8" w:rsidP="009E2A4B">
      <w:pPr>
        <w:spacing w:after="0" w:line="240" w:lineRule="auto"/>
        <w:ind w:firstLine="709"/>
        <w:jc w:val="both"/>
        <w:rPr>
          <w:iCs/>
          <w:lang w:val="ru-RU"/>
        </w:rPr>
      </w:pPr>
      <w:r w:rsidRPr="005840BE">
        <w:rPr>
          <w:iCs/>
          <w:lang w:val="ru-RU"/>
        </w:rPr>
        <w:t xml:space="preserve">В случае не заполнения </w:t>
      </w:r>
      <w:r w:rsidR="0016757F" w:rsidRPr="005840BE">
        <w:rPr>
          <w:iCs/>
          <w:lang w:val="ru-RU"/>
        </w:rPr>
        <w:t>всех вышеуказанных обязательных полей отправка заявления является невозможной.</w:t>
      </w:r>
    </w:p>
    <w:p w14:paraId="0C444A70" w14:textId="47CDC284" w:rsidR="003249FE" w:rsidRPr="005840BE" w:rsidRDefault="003249FE" w:rsidP="009E2A4B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lang w:val="ru-RU"/>
        </w:rPr>
        <w:t>Центральная</w:t>
      </w:r>
      <w:r w:rsidR="00AD598F" w:rsidRPr="005840BE">
        <w:rPr>
          <w:lang w:val="ru-RU"/>
        </w:rPr>
        <w:t xml:space="preserve"> избирательная</w:t>
      </w:r>
      <w:r w:rsidRPr="005840BE">
        <w:rPr>
          <w:lang w:val="ru-RU"/>
        </w:rPr>
        <w:t xml:space="preserve"> ком</w:t>
      </w:r>
      <w:r w:rsidR="00AD598F" w:rsidRPr="005840BE">
        <w:rPr>
          <w:lang w:val="ru-RU"/>
        </w:rPr>
        <w:t>иссия</w:t>
      </w:r>
      <w:r w:rsidRPr="005840BE">
        <w:rPr>
          <w:lang w:val="ru-RU"/>
        </w:rPr>
        <w:t xml:space="preserve"> рассматривает документы через электронный кабинет. При необходимости запроса дополнительных сведений </w:t>
      </w:r>
      <w:r w:rsidR="00154F37" w:rsidRPr="005840BE">
        <w:rPr>
          <w:lang w:val="ru-RU"/>
        </w:rPr>
        <w:t>АИС «АСМИ</w:t>
      </w:r>
      <w:r w:rsidR="00E5371F" w:rsidRPr="005840BE">
        <w:rPr>
          <w:lang w:val="ru-RU"/>
        </w:rPr>
        <w:t>В</w:t>
      </w:r>
      <w:r w:rsidR="00154F37" w:rsidRPr="005840BE">
        <w:rPr>
          <w:lang w:val="ru-RU"/>
        </w:rPr>
        <w:t>»</w:t>
      </w:r>
      <w:r w:rsidRPr="005840BE">
        <w:rPr>
          <w:lang w:val="ru-RU"/>
        </w:rPr>
        <w:t xml:space="preserve"> автоматически направляет соответствующее уведомление.</w:t>
      </w:r>
    </w:p>
    <w:p w14:paraId="32E86D60" w14:textId="0CBEBA56" w:rsidR="00793A0A" w:rsidRPr="005840BE" w:rsidRDefault="00793A0A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10. В случае несоответствия документов требованиям Центральная избирательная комиссия уведомляет об этом заявителя в течение 24 часов. На исправление указанных замечаний </w:t>
      </w:r>
      <w:r w:rsidR="00B336A4" w:rsidRPr="005840BE">
        <w:rPr>
          <w:rFonts w:ascii="Times New Roman" w:hAnsi="Times New Roman" w:cs="Times New Roman"/>
          <w:sz w:val="28"/>
          <w:szCs w:val="28"/>
        </w:rPr>
        <w:t>предо</w:t>
      </w:r>
      <w:r w:rsidRPr="005840BE">
        <w:rPr>
          <w:rFonts w:ascii="Times New Roman" w:hAnsi="Times New Roman" w:cs="Times New Roman"/>
          <w:sz w:val="28"/>
          <w:szCs w:val="28"/>
        </w:rPr>
        <w:t>с</w:t>
      </w:r>
      <w:r w:rsidR="00B336A4" w:rsidRPr="005840BE">
        <w:rPr>
          <w:rFonts w:ascii="Times New Roman" w:hAnsi="Times New Roman" w:cs="Times New Roman"/>
          <w:sz w:val="28"/>
          <w:szCs w:val="28"/>
        </w:rPr>
        <w:t>т</w:t>
      </w:r>
      <w:r w:rsidRPr="005840BE">
        <w:rPr>
          <w:rFonts w:ascii="Times New Roman" w:hAnsi="Times New Roman" w:cs="Times New Roman"/>
          <w:sz w:val="28"/>
          <w:szCs w:val="28"/>
        </w:rPr>
        <w:t xml:space="preserve">авляется 48 часов с момента получения уведомления. </w:t>
      </w:r>
    </w:p>
    <w:p w14:paraId="5DD28C3D" w14:textId="5B405EE4" w:rsidR="00676AAC" w:rsidRPr="005840BE" w:rsidRDefault="00676AAC" w:rsidP="00C969C5">
      <w:pPr>
        <w:pStyle w:val="a9"/>
        <w:shd w:val="clear" w:color="auto" w:fill="FFFFFF"/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5840BE">
        <w:rPr>
          <w:rFonts w:ascii="Times New Roman" w:hAnsi="Times New Roman" w:cs="Times New Roman"/>
          <w:sz w:val="28"/>
          <w:szCs w:val="28"/>
          <w:lang w:val="ru-RU"/>
        </w:rPr>
        <w:t>11. Несвоевременно поданные (опубликованные) или неполные заявки не подлежат рассмотрению.</w:t>
      </w:r>
    </w:p>
    <w:p w14:paraId="19B8C8AE" w14:textId="432FEEE1" w:rsidR="00B336A4" w:rsidRPr="005840BE" w:rsidRDefault="00B336A4" w:rsidP="00C969C5">
      <w:pPr>
        <w:spacing w:after="0" w:line="240" w:lineRule="auto"/>
        <w:ind w:firstLine="709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t>1</w:t>
      </w:r>
      <w:r w:rsidR="00676AAC" w:rsidRPr="005840BE">
        <w:rPr>
          <w:szCs w:val="28"/>
          <w:lang w:val="ru-RU"/>
        </w:rPr>
        <w:t>2</w:t>
      </w:r>
      <w:r w:rsidRPr="005840BE">
        <w:rPr>
          <w:szCs w:val="28"/>
          <w:lang w:val="ru-RU"/>
        </w:rPr>
        <w:t>. Исправленное заявление может быть повторно направлено после окончания общего срока приема, если первоначальное заявление было подано своевременно. При повторной подаче предыдущая версия заявления сохраняется.</w:t>
      </w:r>
    </w:p>
    <w:p w14:paraId="60F775A7" w14:textId="122C1011" w:rsidR="00B336A4" w:rsidRPr="005840BE" w:rsidRDefault="00B336A4" w:rsidP="00C969C5">
      <w:pPr>
        <w:spacing w:after="0" w:line="240" w:lineRule="auto"/>
        <w:ind w:firstLine="709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t>1</w:t>
      </w:r>
      <w:r w:rsidR="00676AAC" w:rsidRPr="005840BE">
        <w:rPr>
          <w:szCs w:val="28"/>
          <w:lang w:val="ru-RU"/>
        </w:rPr>
        <w:t>3</w:t>
      </w:r>
      <w:r w:rsidRPr="005840BE">
        <w:rPr>
          <w:szCs w:val="28"/>
          <w:lang w:val="ru-RU"/>
        </w:rPr>
        <w:t xml:space="preserve">. Решение Центральной избирательной комиссии об аккредитации либо об отказе регистрируется в </w:t>
      </w:r>
      <w:r w:rsidR="00154F37" w:rsidRPr="005840BE">
        <w:rPr>
          <w:rFonts w:cs="Times New Roman"/>
          <w:szCs w:val="28"/>
          <w:lang w:val="ru-RU"/>
        </w:rPr>
        <w:t>АИС «АСМИ»</w:t>
      </w:r>
      <w:r w:rsidRPr="005840BE">
        <w:rPr>
          <w:szCs w:val="28"/>
          <w:lang w:val="ru-RU"/>
        </w:rPr>
        <w:t xml:space="preserve">. При отказе обязательно указывается </w:t>
      </w:r>
      <w:r w:rsidR="009169BB" w:rsidRPr="005840BE">
        <w:rPr>
          <w:szCs w:val="28"/>
          <w:lang w:val="ru-RU"/>
        </w:rPr>
        <w:t xml:space="preserve">его </w:t>
      </w:r>
      <w:r w:rsidRPr="005840BE">
        <w:rPr>
          <w:szCs w:val="28"/>
          <w:lang w:val="ru-RU"/>
        </w:rPr>
        <w:t>основание.</w:t>
      </w:r>
    </w:p>
    <w:p w14:paraId="10697B96" w14:textId="7161F7C1" w:rsidR="00B336A4" w:rsidRPr="005840BE" w:rsidRDefault="00B336A4" w:rsidP="00C969C5">
      <w:pPr>
        <w:spacing w:after="0" w:line="240" w:lineRule="auto"/>
        <w:ind w:firstLine="709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t>1</w:t>
      </w:r>
      <w:r w:rsidR="00676AAC" w:rsidRPr="005840BE">
        <w:rPr>
          <w:szCs w:val="28"/>
          <w:lang w:val="ru-RU"/>
        </w:rPr>
        <w:t>4</w:t>
      </w:r>
      <w:r w:rsidRPr="005840BE">
        <w:rPr>
          <w:szCs w:val="28"/>
          <w:lang w:val="ru-RU"/>
        </w:rPr>
        <w:t>. Решение Центральной избирательной комиссии принимается не позднее пяти календарных дней посл</w:t>
      </w:r>
      <w:r w:rsidR="009F09B8" w:rsidRPr="005840BE">
        <w:rPr>
          <w:szCs w:val="28"/>
          <w:lang w:val="ru-RU"/>
        </w:rPr>
        <w:t>е завершения срока подачи</w:t>
      </w:r>
      <w:r w:rsidRPr="005840BE">
        <w:rPr>
          <w:szCs w:val="28"/>
          <w:lang w:val="ru-RU"/>
        </w:rPr>
        <w:t xml:space="preserve"> документов.</w:t>
      </w:r>
    </w:p>
    <w:p w14:paraId="39B6DCE5" w14:textId="04D91435" w:rsidR="00550FCC" w:rsidRPr="005840BE" w:rsidRDefault="00873619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1</w:t>
      </w:r>
      <w:r w:rsidR="00676AAC" w:rsidRPr="005840BE">
        <w:rPr>
          <w:rFonts w:ascii="Times New Roman" w:hAnsi="Times New Roman" w:cs="Times New Roman"/>
          <w:sz w:val="28"/>
          <w:szCs w:val="28"/>
        </w:rPr>
        <w:t>5</w:t>
      </w:r>
      <w:r w:rsidR="00793A0A" w:rsidRPr="005840BE">
        <w:rPr>
          <w:rFonts w:ascii="Times New Roman" w:hAnsi="Times New Roman" w:cs="Times New Roman"/>
          <w:sz w:val="28"/>
          <w:szCs w:val="28"/>
        </w:rPr>
        <w:t>. В случае, если выборы не состоялись или были признаны недействительными и назначены пов</w:t>
      </w:r>
      <w:r w:rsidR="00CC4E4A" w:rsidRPr="005840BE">
        <w:rPr>
          <w:rFonts w:ascii="Times New Roman" w:hAnsi="Times New Roman" w:cs="Times New Roman"/>
          <w:sz w:val="28"/>
          <w:szCs w:val="28"/>
        </w:rPr>
        <w:t xml:space="preserve">торные выборы, аккредитованные СМИ </w:t>
      </w:r>
      <w:r w:rsidR="00793A0A" w:rsidRPr="005840BE">
        <w:rPr>
          <w:rFonts w:ascii="Times New Roman" w:hAnsi="Times New Roman" w:cs="Times New Roman"/>
          <w:sz w:val="28"/>
          <w:szCs w:val="28"/>
        </w:rPr>
        <w:t>имеют право продолжать освещение процесса повторных выборов. С</w:t>
      </w:r>
      <w:r w:rsidR="00CC4E4A" w:rsidRPr="005840BE">
        <w:rPr>
          <w:rFonts w:ascii="Times New Roman" w:hAnsi="Times New Roman" w:cs="Times New Roman"/>
          <w:sz w:val="28"/>
          <w:szCs w:val="28"/>
        </w:rPr>
        <w:t>МИ</w:t>
      </w:r>
      <w:r w:rsidR="00793A0A" w:rsidRPr="005840BE">
        <w:rPr>
          <w:rFonts w:ascii="Times New Roman" w:hAnsi="Times New Roman" w:cs="Times New Roman"/>
          <w:sz w:val="28"/>
          <w:szCs w:val="28"/>
        </w:rPr>
        <w:t>, выразившие намерение участвовать в выборах впервые, проходят аккредитацию в соответствии с требованиями, установленными настоящим Положением.</w:t>
      </w:r>
    </w:p>
    <w:p w14:paraId="374507E5" w14:textId="015DCE02" w:rsidR="00D81A8A" w:rsidRPr="005840BE" w:rsidRDefault="00BC1FFE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1</w:t>
      </w:r>
      <w:r w:rsidR="00676AAC" w:rsidRPr="005840BE">
        <w:rPr>
          <w:rFonts w:ascii="Times New Roman" w:hAnsi="Times New Roman" w:cs="Times New Roman"/>
          <w:sz w:val="28"/>
          <w:szCs w:val="28"/>
        </w:rPr>
        <w:t>6</w:t>
      </w:r>
      <w:r w:rsidRPr="005840BE">
        <w:rPr>
          <w:rFonts w:ascii="Times New Roman" w:hAnsi="Times New Roman" w:cs="Times New Roman"/>
          <w:sz w:val="28"/>
          <w:szCs w:val="28"/>
        </w:rPr>
        <w:t xml:space="preserve">. </w:t>
      </w:r>
      <w:r w:rsidR="00793A0A" w:rsidRPr="005840BE">
        <w:rPr>
          <w:rFonts w:ascii="Times New Roman" w:hAnsi="Times New Roman" w:cs="Times New Roman"/>
          <w:sz w:val="28"/>
          <w:szCs w:val="28"/>
        </w:rPr>
        <w:t>На досрочных выборах сроки, установленные пунктами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="00793A0A" w:rsidRPr="005840BE">
        <w:rPr>
          <w:rFonts w:ascii="Times New Roman" w:hAnsi="Times New Roman" w:cs="Times New Roman"/>
          <w:sz w:val="28"/>
          <w:szCs w:val="28"/>
        </w:rPr>
        <w:t>7, 8 настоящего Положения, сокращаются на одну треть.</w:t>
      </w:r>
      <w:r w:rsidRPr="005840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CAB233" w14:textId="77777777" w:rsidR="00C969C5" w:rsidRPr="005840BE" w:rsidRDefault="00C969C5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E4CB9B3" w14:textId="77777777" w:rsidR="00ED7EF1" w:rsidRPr="005840BE" w:rsidRDefault="00ED7EF1" w:rsidP="009E2A4B">
      <w:pPr>
        <w:pStyle w:val="tkZagolovok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  3. Организация аккредитации</w:t>
      </w:r>
    </w:p>
    <w:p w14:paraId="39233E9F" w14:textId="77777777" w:rsidR="00C969C5" w:rsidRPr="005840BE" w:rsidRDefault="00C969C5" w:rsidP="009E2A4B">
      <w:pPr>
        <w:pStyle w:val="tkZagolovok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107CFC3F" w14:textId="39004780" w:rsidR="00ED7EF1" w:rsidRPr="005840BE" w:rsidRDefault="00873619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1</w:t>
      </w:r>
      <w:r w:rsidR="00997490" w:rsidRPr="005840BE">
        <w:rPr>
          <w:rFonts w:ascii="Times New Roman" w:hAnsi="Times New Roman" w:cs="Times New Roman"/>
          <w:sz w:val="28"/>
          <w:szCs w:val="28"/>
        </w:rPr>
        <w:t>7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. Центральная избирательная комиссия при организации аккредитации </w:t>
      </w:r>
      <w:r w:rsidR="00CC4E4A" w:rsidRPr="005840BE">
        <w:rPr>
          <w:rFonts w:ascii="Times New Roman" w:hAnsi="Times New Roman" w:cs="Times New Roman"/>
          <w:sz w:val="28"/>
          <w:szCs w:val="28"/>
        </w:rPr>
        <w:t>СМИ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14:paraId="25E5A5E0" w14:textId="40320B6B" w:rsidR="00863AC2" w:rsidRPr="005840BE" w:rsidRDefault="00863AC2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- своевременно уведомляет и информирует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Pr="005840BE">
        <w:rPr>
          <w:rFonts w:ascii="Times New Roman" w:hAnsi="Times New Roman" w:cs="Times New Roman"/>
          <w:sz w:val="28"/>
          <w:szCs w:val="28"/>
        </w:rPr>
        <w:t xml:space="preserve"> о сроках и правилах аккредитации;</w:t>
      </w:r>
    </w:p>
    <w:p w14:paraId="43761348" w14:textId="3FF38317" w:rsidR="008F576B" w:rsidRPr="005840BE" w:rsidRDefault="008F576B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- оказывает информационную и консультационную помощь по избирательному законодательству и порядку аккредитации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Pr="005840BE">
        <w:rPr>
          <w:sz w:val="28"/>
          <w:szCs w:val="28"/>
        </w:rPr>
        <w:t>;</w:t>
      </w:r>
    </w:p>
    <w:p w14:paraId="7619438F" w14:textId="1888F926" w:rsidR="00C36864" w:rsidRPr="005840BE" w:rsidRDefault="00C36864" w:rsidP="00C969C5">
      <w:pPr>
        <w:spacing w:after="0" w:line="240" w:lineRule="auto"/>
        <w:ind w:firstLine="720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lastRenderedPageBreak/>
        <w:t xml:space="preserve">- осуществляет прием и рассмотрение заявлений на аккредитацию </w:t>
      </w:r>
      <w:r w:rsidR="005863C8" w:rsidRPr="005840BE">
        <w:rPr>
          <w:szCs w:val="28"/>
          <w:lang w:val="ru-RU"/>
        </w:rPr>
        <w:t>СМИ</w:t>
      </w:r>
      <w:r w:rsidRPr="005840BE">
        <w:rPr>
          <w:szCs w:val="28"/>
          <w:lang w:val="ru-RU"/>
        </w:rPr>
        <w:t>;</w:t>
      </w:r>
    </w:p>
    <w:p w14:paraId="705D791A" w14:textId="7931FA47" w:rsidR="0069629E" w:rsidRPr="005840BE" w:rsidRDefault="00C36864" w:rsidP="00C969C5">
      <w:pPr>
        <w:spacing w:after="0" w:line="240" w:lineRule="auto"/>
        <w:ind w:firstLine="709"/>
        <w:jc w:val="both"/>
        <w:rPr>
          <w:szCs w:val="28"/>
          <w:lang w:val="ru-RU"/>
        </w:rPr>
      </w:pPr>
      <w:r w:rsidRPr="005840BE">
        <w:rPr>
          <w:szCs w:val="28"/>
          <w:lang w:val="ru-RU"/>
        </w:rPr>
        <w:t xml:space="preserve">- осуществляет регистрацию в </w:t>
      </w:r>
      <w:r w:rsidR="00154F37" w:rsidRPr="005840BE">
        <w:rPr>
          <w:rFonts w:cs="Times New Roman"/>
          <w:szCs w:val="28"/>
          <w:lang w:val="ru-RU"/>
        </w:rPr>
        <w:t>АИС «АСМИ</w:t>
      </w:r>
      <w:r w:rsidR="00B47DC0" w:rsidRPr="005840BE">
        <w:rPr>
          <w:rFonts w:cs="Times New Roman"/>
          <w:szCs w:val="28"/>
          <w:lang w:val="ru-RU"/>
        </w:rPr>
        <w:t>В</w:t>
      </w:r>
      <w:r w:rsidR="00154F37" w:rsidRPr="005840BE">
        <w:rPr>
          <w:rFonts w:cs="Times New Roman"/>
          <w:szCs w:val="28"/>
          <w:lang w:val="ru-RU"/>
        </w:rPr>
        <w:t>»</w:t>
      </w:r>
      <w:r w:rsidRPr="005840BE">
        <w:rPr>
          <w:szCs w:val="28"/>
          <w:lang w:val="ru-RU"/>
        </w:rPr>
        <w:t xml:space="preserve"> решение об аккредитации либо об отказе в аккредитации.</w:t>
      </w:r>
    </w:p>
    <w:p w14:paraId="4CFBCDD6" w14:textId="439BAF39" w:rsidR="00F559B7" w:rsidRPr="005840BE" w:rsidRDefault="00154F37" w:rsidP="009E2A4B">
      <w:pPr>
        <w:spacing w:after="0" w:line="240" w:lineRule="auto"/>
        <w:ind w:firstLine="709"/>
        <w:jc w:val="both"/>
        <w:rPr>
          <w:lang w:val="ru-RU"/>
        </w:rPr>
      </w:pPr>
      <w:r w:rsidRPr="005840BE">
        <w:rPr>
          <w:rFonts w:cs="Times New Roman"/>
          <w:szCs w:val="28"/>
          <w:lang w:val="ru-RU"/>
        </w:rPr>
        <w:t>АИС «АСМИ»</w:t>
      </w:r>
      <w:r w:rsidR="00F559B7" w:rsidRPr="005840BE">
        <w:rPr>
          <w:lang w:val="ru-RU"/>
        </w:rPr>
        <w:t xml:space="preserve"> осуществляет проверку полноты заявления</w:t>
      </w:r>
      <w:r w:rsidR="009E2975">
        <w:rPr>
          <w:lang w:val="ru-RU"/>
        </w:rPr>
        <w:br/>
      </w:r>
      <w:r w:rsidR="00F559B7" w:rsidRPr="005840BE">
        <w:rPr>
          <w:lang w:val="ru-RU"/>
        </w:rPr>
        <w:t>и автоматическое сопоставление отдельных данных путем интеграции</w:t>
      </w:r>
      <w:r w:rsidR="009E2975">
        <w:rPr>
          <w:lang w:val="ru-RU"/>
        </w:rPr>
        <w:br/>
      </w:r>
      <w:r w:rsidR="00F559B7" w:rsidRPr="005840BE">
        <w:rPr>
          <w:lang w:val="ru-RU"/>
        </w:rPr>
        <w:t>с государственными информационными ресурсами.</w:t>
      </w:r>
    </w:p>
    <w:p w14:paraId="73145A17" w14:textId="574616D7" w:rsidR="009E73FC" w:rsidRPr="005840BE" w:rsidRDefault="00154F37" w:rsidP="00C969C5">
      <w:pPr>
        <w:spacing w:after="0" w:line="240" w:lineRule="auto"/>
        <w:ind w:firstLine="709"/>
        <w:jc w:val="both"/>
        <w:rPr>
          <w:szCs w:val="28"/>
          <w:lang w:val="ru-RU"/>
        </w:rPr>
      </w:pPr>
      <w:r w:rsidRPr="005840BE">
        <w:rPr>
          <w:rFonts w:cs="Times New Roman"/>
          <w:szCs w:val="28"/>
          <w:lang w:val="ru-RU"/>
        </w:rPr>
        <w:t>АИС «АСМИ»</w:t>
      </w:r>
      <w:r w:rsidR="009E73FC" w:rsidRPr="005840BE">
        <w:rPr>
          <w:szCs w:val="28"/>
          <w:lang w:val="ru-RU"/>
        </w:rPr>
        <w:t xml:space="preserve"> функционирует на государственном и официальном</w:t>
      </w:r>
      <w:r w:rsidR="008258E3" w:rsidRPr="005840BE">
        <w:rPr>
          <w:szCs w:val="28"/>
          <w:lang w:val="ru-RU"/>
        </w:rPr>
        <w:t xml:space="preserve"> языках и обеспечивает</w:t>
      </w:r>
      <w:r w:rsidR="009E73FC" w:rsidRPr="005840BE">
        <w:rPr>
          <w:szCs w:val="28"/>
          <w:lang w:val="ru-RU"/>
        </w:rPr>
        <w:t xml:space="preserve"> возможность переключения языка.</w:t>
      </w:r>
    </w:p>
    <w:p w14:paraId="6ED10BE7" w14:textId="37C3B540" w:rsidR="00ED7EF1" w:rsidRPr="005840BE" w:rsidRDefault="00873619" w:rsidP="00C969C5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1</w:t>
      </w:r>
      <w:r w:rsidR="00997490" w:rsidRPr="005840BE">
        <w:rPr>
          <w:rFonts w:ascii="Times New Roman" w:hAnsi="Times New Roman" w:cs="Times New Roman"/>
          <w:sz w:val="28"/>
          <w:szCs w:val="28"/>
        </w:rPr>
        <w:t>8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. Решение об аккредитации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 и/или их представителей принимается Центральной избирательной комиссией не позднее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5 календарных дней после завершения </w:t>
      </w:r>
      <w:r w:rsidR="008B0463" w:rsidRPr="005840BE">
        <w:rPr>
          <w:rFonts w:ascii="Times New Roman" w:hAnsi="Times New Roman" w:cs="Times New Roman"/>
          <w:sz w:val="28"/>
          <w:szCs w:val="28"/>
        </w:rPr>
        <w:t>сроков подачи</w:t>
      </w:r>
      <w:r w:rsidR="00F559B7" w:rsidRPr="005840BE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аккредитации.</w:t>
      </w:r>
    </w:p>
    <w:p w14:paraId="64C29E51" w14:textId="0E8DC58E" w:rsidR="00E258C4" w:rsidRPr="005840BE" w:rsidRDefault="00997490" w:rsidP="00C969C5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val="ru-RU" w:eastAsia="ru-RU"/>
        </w:rPr>
      </w:pPr>
      <w:r w:rsidRPr="005840BE">
        <w:rPr>
          <w:rFonts w:eastAsia="Times New Roman" w:cs="Times New Roman"/>
          <w:szCs w:val="28"/>
          <w:lang w:val="ru-RU" w:eastAsia="ru-RU"/>
        </w:rPr>
        <w:t>19</w:t>
      </w:r>
      <w:r w:rsidR="008B0463" w:rsidRPr="005840BE">
        <w:rPr>
          <w:rFonts w:eastAsia="Times New Roman" w:cs="Times New Roman"/>
          <w:szCs w:val="28"/>
          <w:lang w:val="ru-RU" w:eastAsia="ru-RU"/>
        </w:rPr>
        <w:t xml:space="preserve">. </w:t>
      </w:r>
      <w:r w:rsidR="00BA4832" w:rsidRPr="005840BE">
        <w:rPr>
          <w:rFonts w:eastAsia="Times New Roman" w:cs="Times New Roman"/>
          <w:szCs w:val="28"/>
          <w:lang w:val="ru-RU" w:eastAsia="ru-RU"/>
        </w:rPr>
        <w:t xml:space="preserve">После принятия решения об аккредитации </w:t>
      </w:r>
      <w:r w:rsidR="005863C8" w:rsidRPr="005840BE">
        <w:rPr>
          <w:rFonts w:eastAsia="Times New Roman" w:cs="Times New Roman"/>
          <w:szCs w:val="28"/>
          <w:lang w:val="ru-RU" w:eastAsia="ru-RU"/>
        </w:rPr>
        <w:t>СМИ</w:t>
      </w:r>
      <w:r w:rsidR="00BA4832" w:rsidRPr="005840BE">
        <w:rPr>
          <w:rFonts w:eastAsia="Times New Roman" w:cs="Times New Roman"/>
          <w:szCs w:val="28"/>
          <w:lang w:val="ru-RU" w:eastAsia="ru-RU"/>
        </w:rPr>
        <w:t xml:space="preserve"> и</w:t>
      </w:r>
      <w:r w:rsidR="008B0463" w:rsidRPr="005840BE">
        <w:rPr>
          <w:rFonts w:eastAsia="Times New Roman" w:cs="Times New Roman"/>
          <w:szCs w:val="28"/>
          <w:lang w:val="ru-RU" w:eastAsia="ru-RU"/>
        </w:rPr>
        <w:t>/или</w:t>
      </w:r>
      <w:r w:rsidR="00BA4832" w:rsidRPr="005840BE">
        <w:rPr>
          <w:rFonts w:eastAsia="Times New Roman" w:cs="Times New Roman"/>
          <w:szCs w:val="28"/>
          <w:lang w:val="ru-RU" w:eastAsia="ru-RU"/>
        </w:rPr>
        <w:t xml:space="preserve"> их представителей Центральная избирательная ко</w:t>
      </w:r>
      <w:r w:rsidR="008B0463" w:rsidRPr="005840BE">
        <w:rPr>
          <w:rFonts w:eastAsia="Times New Roman" w:cs="Times New Roman"/>
          <w:szCs w:val="28"/>
          <w:lang w:val="ru-RU" w:eastAsia="ru-RU"/>
        </w:rPr>
        <w:t xml:space="preserve">миссия </w:t>
      </w:r>
      <w:r w:rsidR="00F559B7" w:rsidRPr="005840BE">
        <w:rPr>
          <w:rFonts w:eastAsia="Times New Roman" w:cs="Times New Roman"/>
          <w:szCs w:val="28"/>
          <w:lang w:val="ru-RU" w:eastAsia="ru-RU"/>
        </w:rPr>
        <w:t>вносит</w:t>
      </w:r>
      <w:r w:rsidR="00550FCC" w:rsidRPr="005840BE">
        <w:rPr>
          <w:rFonts w:eastAsia="Times New Roman" w:cs="Times New Roman"/>
          <w:szCs w:val="28"/>
          <w:lang w:val="ru-RU" w:eastAsia="ru-RU"/>
        </w:rPr>
        <w:t xml:space="preserve"> их</w:t>
      </w:r>
      <w:r w:rsidR="00F559B7" w:rsidRPr="005840BE">
        <w:rPr>
          <w:rFonts w:eastAsia="Times New Roman" w:cs="Times New Roman"/>
          <w:szCs w:val="28"/>
          <w:lang w:val="ru-RU" w:eastAsia="ru-RU"/>
        </w:rPr>
        <w:t xml:space="preserve"> данные</w:t>
      </w:r>
      <w:r w:rsidR="009E2975">
        <w:rPr>
          <w:rFonts w:eastAsia="Times New Roman" w:cs="Times New Roman"/>
          <w:szCs w:val="28"/>
          <w:lang w:val="ru-RU" w:eastAsia="ru-RU"/>
        </w:rPr>
        <w:br/>
      </w:r>
      <w:r w:rsidR="00F559B7" w:rsidRPr="005840BE">
        <w:rPr>
          <w:rFonts w:eastAsia="Times New Roman" w:cs="Times New Roman"/>
          <w:szCs w:val="28"/>
          <w:lang w:val="ru-RU" w:eastAsia="ru-RU"/>
        </w:rPr>
        <w:t xml:space="preserve">в </w:t>
      </w:r>
      <w:r w:rsidR="00F25648" w:rsidRPr="005840BE">
        <w:rPr>
          <w:rFonts w:eastAsia="Times New Roman" w:cs="Times New Roman"/>
          <w:szCs w:val="28"/>
          <w:lang w:val="ru-RU" w:eastAsia="ru-RU"/>
        </w:rPr>
        <w:t xml:space="preserve">единый цифровой </w:t>
      </w:r>
      <w:r w:rsidR="00F559B7" w:rsidRPr="005840BE">
        <w:rPr>
          <w:rFonts w:eastAsia="Times New Roman" w:cs="Times New Roman"/>
          <w:szCs w:val="28"/>
          <w:lang w:val="ru-RU" w:eastAsia="ru-RU"/>
        </w:rPr>
        <w:t>реестр.</w:t>
      </w:r>
      <w:r w:rsidR="00550FCC" w:rsidRPr="005840BE">
        <w:rPr>
          <w:rFonts w:eastAsia="Times New Roman" w:cs="Times New Roman"/>
          <w:szCs w:val="28"/>
          <w:lang w:val="ru-RU" w:eastAsia="ru-RU"/>
        </w:rPr>
        <w:t xml:space="preserve"> Ссылка на</w:t>
      </w:r>
      <w:r w:rsidR="00F559B7" w:rsidRPr="005840BE">
        <w:rPr>
          <w:rFonts w:eastAsia="Times New Roman" w:cs="Times New Roman"/>
          <w:szCs w:val="28"/>
          <w:lang w:val="ru-RU" w:eastAsia="ru-RU"/>
        </w:rPr>
        <w:t xml:space="preserve"> </w:t>
      </w:r>
      <w:r w:rsidR="00154F37" w:rsidRPr="005840BE">
        <w:rPr>
          <w:rFonts w:cs="Times New Roman"/>
          <w:szCs w:val="28"/>
          <w:lang w:val="ru-RU"/>
        </w:rPr>
        <w:t>АИС «АСМИ</w:t>
      </w:r>
      <w:r w:rsidR="00C37068" w:rsidRPr="005840BE">
        <w:rPr>
          <w:rFonts w:cs="Times New Roman"/>
          <w:szCs w:val="28"/>
          <w:lang w:val="ru-RU"/>
        </w:rPr>
        <w:t>В</w:t>
      </w:r>
      <w:r w:rsidR="00154F37" w:rsidRPr="005840BE">
        <w:rPr>
          <w:rFonts w:cs="Times New Roman"/>
          <w:szCs w:val="28"/>
          <w:lang w:val="ru-RU"/>
        </w:rPr>
        <w:t>»</w:t>
      </w:r>
      <w:r w:rsidR="00550FCC" w:rsidRPr="005840BE">
        <w:rPr>
          <w:rFonts w:eastAsia="Times New Roman" w:cs="Times New Roman"/>
          <w:szCs w:val="28"/>
          <w:lang w:val="ru-RU" w:eastAsia="ru-RU"/>
        </w:rPr>
        <w:t xml:space="preserve"> размещается на официальном сайте</w:t>
      </w:r>
      <w:r w:rsidR="008B0463" w:rsidRPr="005840BE">
        <w:rPr>
          <w:rFonts w:eastAsia="Times New Roman" w:cs="Times New Roman"/>
          <w:szCs w:val="28"/>
          <w:lang w:val="ru-RU" w:eastAsia="ru-RU"/>
        </w:rPr>
        <w:t xml:space="preserve"> Центральной избирательной комиссии</w:t>
      </w:r>
      <w:r w:rsidR="00BA4832" w:rsidRPr="005840BE">
        <w:rPr>
          <w:rFonts w:eastAsia="Times New Roman" w:cs="Times New Roman"/>
          <w:szCs w:val="28"/>
          <w:lang w:val="ru-RU" w:eastAsia="ru-RU"/>
        </w:rPr>
        <w:t>, функц</w:t>
      </w:r>
      <w:r w:rsidR="002E7692" w:rsidRPr="005840BE">
        <w:rPr>
          <w:rFonts w:eastAsia="Times New Roman" w:cs="Times New Roman"/>
          <w:szCs w:val="28"/>
          <w:lang w:val="ru-RU" w:eastAsia="ru-RU"/>
        </w:rPr>
        <w:t>ионирует</w:t>
      </w:r>
      <w:r w:rsidR="009E2975">
        <w:rPr>
          <w:rFonts w:eastAsia="Times New Roman" w:cs="Times New Roman"/>
          <w:szCs w:val="28"/>
          <w:lang w:val="ru-RU" w:eastAsia="ru-RU"/>
        </w:rPr>
        <w:br/>
      </w:r>
      <w:r w:rsidR="002E7692" w:rsidRPr="005840BE">
        <w:rPr>
          <w:rFonts w:eastAsia="Times New Roman" w:cs="Times New Roman"/>
          <w:szCs w:val="28"/>
          <w:lang w:val="ru-RU" w:eastAsia="ru-RU"/>
        </w:rPr>
        <w:t>в общедоступном режиме.</w:t>
      </w:r>
    </w:p>
    <w:p w14:paraId="19407DF1" w14:textId="60EF9D21" w:rsidR="00F25648" w:rsidRPr="005840BE" w:rsidRDefault="00997490" w:rsidP="00C969C5">
      <w:pPr>
        <w:spacing w:after="0" w:line="240" w:lineRule="auto"/>
        <w:ind w:firstLine="720"/>
        <w:jc w:val="both"/>
        <w:rPr>
          <w:lang w:val="ru-RU"/>
        </w:rPr>
      </w:pPr>
      <w:r w:rsidRPr="005840BE">
        <w:rPr>
          <w:rFonts w:eastAsia="Times New Roman" w:cs="Times New Roman"/>
          <w:szCs w:val="28"/>
          <w:lang w:val="ru-RU" w:eastAsia="ru-RU"/>
        </w:rPr>
        <w:t>20</w:t>
      </w:r>
      <w:r w:rsidR="00F25648" w:rsidRPr="005840BE">
        <w:rPr>
          <w:rFonts w:eastAsia="Times New Roman" w:cs="Times New Roman"/>
          <w:szCs w:val="28"/>
          <w:lang w:val="ru-RU" w:eastAsia="ru-RU"/>
        </w:rPr>
        <w:t xml:space="preserve">. </w:t>
      </w:r>
      <w:r w:rsidR="00F25648" w:rsidRPr="005840BE">
        <w:rPr>
          <w:bCs/>
          <w:lang w:val="ru-RU"/>
        </w:rPr>
        <w:t>Единый цифровой реестр</w:t>
      </w:r>
      <w:r w:rsidR="00550FCC" w:rsidRPr="005840BE">
        <w:rPr>
          <w:bCs/>
          <w:lang w:val="ru-RU"/>
        </w:rPr>
        <w:t xml:space="preserve"> </w:t>
      </w:r>
      <w:r w:rsidR="00550FCC" w:rsidRPr="005840BE">
        <w:rPr>
          <w:lang w:val="ru-RU"/>
        </w:rPr>
        <w:t>содержит следующие сведения:</w:t>
      </w:r>
    </w:p>
    <w:p w14:paraId="5A2C4B55" w14:textId="56FB6F3C" w:rsidR="00F25648" w:rsidRPr="005840BE" w:rsidRDefault="00F25648" w:rsidP="005840BE">
      <w:pPr>
        <w:spacing w:after="0" w:line="240" w:lineRule="auto"/>
        <w:ind w:left="709"/>
        <w:jc w:val="both"/>
        <w:rPr>
          <w:lang w:val="ru-RU"/>
        </w:rPr>
      </w:pPr>
      <w:r w:rsidRPr="005840BE">
        <w:rPr>
          <w:lang w:val="ru-RU"/>
        </w:rPr>
        <w:t xml:space="preserve">- наименование </w:t>
      </w:r>
      <w:r w:rsidR="005863C8" w:rsidRPr="005840BE">
        <w:rPr>
          <w:lang w:val="ru-RU"/>
        </w:rPr>
        <w:t>СМИ</w:t>
      </w:r>
      <w:r w:rsidRPr="005840BE">
        <w:rPr>
          <w:lang w:val="ru-RU"/>
        </w:rPr>
        <w:t>;</w:t>
      </w:r>
    </w:p>
    <w:p w14:paraId="7052F257" w14:textId="77777777" w:rsidR="00F25648" w:rsidRPr="005840BE" w:rsidRDefault="00F25648" w:rsidP="005840BE">
      <w:pPr>
        <w:spacing w:after="0" w:line="240" w:lineRule="auto"/>
        <w:ind w:left="709"/>
        <w:jc w:val="both"/>
        <w:rPr>
          <w:lang w:val="ru-RU"/>
        </w:rPr>
      </w:pPr>
      <w:r w:rsidRPr="005840BE">
        <w:rPr>
          <w:lang w:val="ru-RU"/>
        </w:rPr>
        <w:t>- организационно-правовая форма;</w:t>
      </w:r>
    </w:p>
    <w:p w14:paraId="3927D41D" w14:textId="00292499" w:rsidR="00F25648" w:rsidRPr="005840BE" w:rsidRDefault="005863C8" w:rsidP="005840BE">
      <w:pPr>
        <w:spacing w:after="0" w:line="240" w:lineRule="auto"/>
        <w:ind w:left="709"/>
        <w:jc w:val="both"/>
        <w:rPr>
          <w:lang w:val="ru-RU"/>
        </w:rPr>
      </w:pPr>
      <w:r w:rsidRPr="005840BE">
        <w:rPr>
          <w:lang w:val="ru-RU"/>
        </w:rPr>
        <w:t>- вид СМИ</w:t>
      </w:r>
      <w:r w:rsidR="00F25648" w:rsidRPr="005840BE">
        <w:rPr>
          <w:lang w:val="ru-RU"/>
        </w:rPr>
        <w:t xml:space="preserve"> (телеканал, радио, печатное издание, интернет-издание);</w:t>
      </w:r>
    </w:p>
    <w:p w14:paraId="48013493" w14:textId="77777777" w:rsidR="00F25648" w:rsidRPr="005840BE" w:rsidRDefault="00F25648" w:rsidP="005840BE">
      <w:pPr>
        <w:spacing w:after="0" w:line="240" w:lineRule="auto"/>
        <w:ind w:left="709"/>
        <w:jc w:val="both"/>
        <w:rPr>
          <w:lang w:val="ru-RU"/>
        </w:rPr>
      </w:pPr>
      <w:r w:rsidRPr="005840BE">
        <w:rPr>
          <w:lang w:val="ru-RU"/>
        </w:rPr>
        <w:t>- номер аккредитации;</w:t>
      </w:r>
    </w:p>
    <w:p w14:paraId="714AD5A6" w14:textId="77777777" w:rsidR="00F25648" w:rsidRPr="005840BE" w:rsidRDefault="00F25648" w:rsidP="005840BE">
      <w:pPr>
        <w:spacing w:after="0" w:line="240" w:lineRule="auto"/>
        <w:ind w:left="709"/>
        <w:jc w:val="both"/>
        <w:rPr>
          <w:lang w:val="ru-RU"/>
        </w:rPr>
      </w:pPr>
      <w:r w:rsidRPr="005840BE">
        <w:rPr>
          <w:lang w:val="ru-RU"/>
        </w:rPr>
        <w:t>- дата выдачи;</w:t>
      </w:r>
    </w:p>
    <w:p w14:paraId="5EF330DF" w14:textId="77777777" w:rsidR="00F25648" w:rsidRPr="005840BE" w:rsidRDefault="00F25648" w:rsidP="005840BE">
      <w:pPr>
        <w:spacing w:after="0" w:line="240" w:lineRule="auto"/>
        <w:ind w:left="709"/>
        <w:jc w:val="both"/>
        <w:rPr>
          <w:lang w:val="ru-RU"/>
        </w:rPr>
      </w:pPr>
      <w:r w:rsidRPr="005840BE">
        <w:rPr>
          <w:lang w:val="ru-RU"/>
        </w:rPr>
        <w:t>- срок действия;</w:t>
      </w:r>
    </w:p>
    <w:p w14:paraId="32A6C6AF" w14:textId="77777777" w:rsidR="00F25648" w:rsidRPr="005840BE" w:rsidRDefault="00F25648" w:rsidP="005840BE">
      <w:pPr>
        <w:spacing w:after="0" w:line="240" w:lineRule="auto"/>
        <w:ind w:left="709"/>
        <w:jc w:val="both"/>
        <w:rPr>
          <w:lang w:val="ru-RU"/>
        </w:rPr>
      </w:pPr>
      <w:r w:rsidRPr="005840BE">
        <w:rPr>
          <w:lang w:val="ru-RU"/>
        </w:rPr>
        <w:t>- количество представителей.</w:t>
      </w:r>
    </w:p>
    <w:p w14:paraId="43210216" w14:textId="0DB7281E" w:rsidR="00ED7EF1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21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. Центральная избирательная комиссия создает условия аккредитованным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 для получения ими всесторонней и объективной информации о ходе подготовки и проведения выборов, в том числе:</w:t>
      </w:r>
    </w:p>
    <w:p w14:paraId="6459F004" w14:textId="789CE975" w:rsidR="00ED7EF1" w:rsidRPr="005840BE" w:rsidRDefault="00550FCC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оповещае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т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 о дате и времени проведения заседаний избирательных комиссий;</w:t>
      </w:r>
    </w:p>
    <w:p w14:paraId="6959A41D" w14:textId="7935A996" w:rsidR="00ED7EF1" w:rsidRPr="005840BE" w:rsidRDefault="00550FCC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обеспечивае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т допуск представителей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 на з</w:t>
      </w:r>
      <w:r w:rsidR="00C37068" w:rsidRPr="005840BE">
        <w:rPr>
          <w:rFonts w:ascii="Times New Roman" w:hAnsi="Times New Roman" w:cs="Times New Roman"/>
          <w:sz w:val="28"/>
          <w:szCs w:val="28"/>
        </w:rPr>
        <w:t>аседания избирательных комиссий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 с учетом требований настоящего Положения;</w:t>
      </w:r>
    </w:p>
    <w:p w14:paraId="2EF9E47F" w14:textId="27B33558" w:rsidR="00ED7EF1" w:rsidRPr="005840BE" w:rsidRDefault="00550FCC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определяе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т специальные места </w:t>
      </w:r>
      <w:r w:rsidR="005863C8" w:rsidRPr="005840BE">
        <w:rPr>
          <w:rFonts w:ascii="Times New Roman" w:hAnsi="Times New Roman" w:cs="Times New Roman"/>
          <w:sz w:val="28"/>
          <w:szCs w:val="28"/>
        </w:rPr>
        <w:t>аккредитованным представителям СМИ</w:t>
      </w:r>
      <w:r w:rsidR="00ED7EF1" w:rsidRPr="005840BE">
        <w:rPr>
          <w:rFonts w:ascii="Times New Roman" w:hAnsi="Times New Roman" w:cs="Times New Roman"/>
          <w:sz w:val="28"/>
          <w:szCs w:val="28"/>
        </w:rPr>
        <w:t xml:space="preserve"> для передачи оперативных сообщений в свои редакции с использованием технических средств связи;</w:t>
      </w:r>
    </w:p>
    <w:p w14:paraId="43BFAE8F" w14:textId="77777777" w:rsidR="00ED7EF1" w:rsidRPr="005840BE" w:rsidRDefault="00ED7EF1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по запросу средств массовой информации предост</w:t>
      </w:r>
      <w:r w:rsidR="00550FCC" w:rsidRPr="005840BE">
        <w:rPr>
          <w:rFonts w:ascii="Times New Roman" w:hAnsi="Times New Roman" w:cs="Times New Roman"/>
          <w:sz w:val="28"/>
          <w:szCs w:val="28"/>
        </w:rPr>
        <w:t>авляе</w:t>
      </w:r>
      <w:r w:rsidRPr="005840BE">
        <w:rPr>
          <w:rFonts w:ascii="Times New Roman" w:hAnsi="Times New Roman" w:cs="Times New Roman"/>
          <w:sz w:val="28"/>
          <w:szCs w:val="28"/>
        </w:rPr>
        <w:t>т информацию, относительно решений, принятых избирательными комиссиями;</w:t>
      </w:r>
    </w:p>
    <w:p w14:paraId="2B98764C" w14:textId="77777777" w:rsidR="00ED7EF1" w:rsidRPr="005840BE" w:rsidRDefault="00550FCC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создае</w:t>
      </w:r>
      <w:r w:rsidR="00ED7EF1" w:rsidRPr="005840BE">
        <w:rPr>
          <w:rFonts w:ascii="Times New Roman" w:hAnsi="Times New Roman" w:cs="Times New Roman"/>
          <w:sz w:val="28"/>
          <w:szCs w:val="28"/>
        </w:rPr>
        <w:t>т условия и определяют порядок осуществления фото-, видеосъемки в период подготовки к выборам и в день выборов в соответствии с законодательством;</w:t>
      </w:r>
    </w:p>
    <w:p w14:paraId="12FF0CFE" w14:textId="77777777" w:rsidR="00ED7EF1" w:rsidRPr="005840BE" w:rsidRDefault="00550FCC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организуе</w:t>
      </w:r>
      <w:r w:rsidR="00ED7EF1" w:rsidRPr="005840BE">
        <w:rPr>
          <w:rFonts w:ascii="Times New Roman" w:hAnsi="Times New Roman" w:cs="Times New Roman"/>
          <w:sz w:val="28"/>
          <w:szCs w:val="28"/>
        </w:rPr>
        <w:t>т специальные брифинги, встречи, пресс-конференции, интервью и иные мероприятия для распространения информации;</w:t>
      </w:r>
    </w:p>
    <w:p w14:paraId="5DA21568" w14:textId="4D30C752" w:rsidR="00B034FD" w:rsidRPr="005840BE" w:rsidRDefault="00ED7EF1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lastRenderedPageBreak/>
        <w:t xml:space="preserve">- по запросу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550FCC" w:rsidRPr="005840BE">
        <w:rPr>
          <w:rFonts w:ascii="Times New Roman" w:hAnsi="Times New Roman" w:cs="Times New Roman"/>
          <w:sz w:val="28"/>
          <w:szCs w:val="28"/>
        </w:rPr>
        <w:t xml:space="preserve"> знакоми</w:t>
      </w:r>
      <w:r w:rsidRPr="005840BE">
        <w:rPr>
          <w:rFonts w:ascii="Times New Roman" w:hAnsi="Times New Roman" w:cs="Times New Roman"/>
          <w:sz w:val="28"/>
          <w:szCs w:val="28"/>
        </w:rPr>
        <w:t xml:space="preserve">т </w:t>
      </w:r>
      <w:r w:rsidR="00F92C88" w:rsidRPr="005840BE">
        <w:rPr>
          <w:rFonts w:ascii="Times New Roman" w:hAnsi="Times New Roman" w:cs="Times New Roman"/>
          <w:sz w:val="28"/>
          <w:szCs w:val="28"/>
        </w:rPr>
        <w:t xml:space="preserve">их </w:t>
      </w:r>
      <w:r w:rsidRPr="005840BE">
        <w:rPr>
          <w:rFonts w:ascii="Times New Roman" w:hAnsi="Times New Roman" w:cs="Times New Roman"/>
          <w:sz w:val="28"/>
          <w:szCs w:val="28"/>
        </w:rPr>
        <w:t>с информационно-справочными материалами.</w:t>
      </w:r>
    </w:p>
    <w:p w14:paraId="1826296A" w14:textId="77777777" w:rsidR="00C969C5" w:rsidRPr="005840BE" w:rsidRDefault="00C969C5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E1C2C45" w14:textId="77777777" w:rsidR="00F25648" w:rsidRPr="005840BE" w:rsidRDefault="00F25648" w:rsidP="009E2A4B">
      <w:pPr>
        <w:pStyle w:val="tkZagolovok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4. Права и обязанности</w:t>
      </w:r>
    </w:p>
    <w:p w14:paraId="0B0F7E36" w14:textId="77777777" w:rsidR="00C969C5" w:rsidRPr="005840BE" w:rsidRDefault="00C969C5" w:rsidP="009E2A4B">
      <w:pPr>
        <w:pStyle w:val="tkZagolovok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09DB25B7" w14:textId="20910AC2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22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. Аккредитованные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 и/или их представители имеют право:</w:t>
      </w:r>
    </w:p>
    <w:p w14:paraId="37429E5F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участвовать в предвыборной агитации;</w:t>
      </w:r>
    </w:p>
    <w:p w14:paraId="11C26188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присутствовать на заседаниях избирательных комиссий;</w:t>
      </w:r>
    </w:p>
    <w:p w14:paraId="692448AA" w14:textId="15C5E3D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получать информацию о ходе выборов, в том числе на брифингах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Pr="005840BE">
        <w:rPr>
          <w:rFonts w:ascii="Times New Roman" w:hAnsi="Times New Roman" w:cs="Times New Roman"/>
          <w:sz w:val="28"/>
          <w:szCs w:val="28"/>
        </w:rPr>
        <w:t>и пресс-конференциях;</w:t>
      </w:r>
    </w:p>
    <w:p w14:paraId="30048CAF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использовать средства связи и технические средства в специально отведённых местах;</w:t>
      </w:r>
    </w:p>
    <w:p w14:paraId="3995D0C5" w14:textId="33414052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осуществлять фото- и видеосъемку (в соответствии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Pr="005840BE">
        <w:rPr>
          <w:rFonts w:ascii="Times New Roman" w:hAnsi="Times New Roman" w:cs="Times New Roman"/>
          <w:sz w:val="28"/>
          <w:szCs w:val="28"/>
        </w:rPr>
        <w:t>с законодательством);</w:t>
      </w:r>
    </w:p>
    <w:p w14:paraId="4376DC13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получать копии протоколов и иных документов, за исключением содержащих охраняемую законом тайну;</w:t>
      </w:r>
    </w:p>
    <w:p w14:paraId="41E59BD2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публиковать материалы под своим именем или псевдонимом;</w:t>
      </w:r>
    </w:p>
    <w:p w14:paraId="209795BE" w14:textId="7756780F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- отказываться от создания и опубликования материалов, </w:t>
      </w:r>
      <w:r w:rsidR="0044026F" w:rsidRPr="005840BE">
        <w:rPr>
          <w:rFonts w:ascii="Times New Roman" w:hAnsi="Times New Roman" w:cs="Times New Roman"/>
          <w:sz w:val="28"/>
          <w:szCs w:val="28"/>
        </w:rPr>
        <w:t>противоречащих закону или собственным убеждениям</w:t>
      </w:r>
      <w:r w:rsidRPr="005840BE">
        <w:rPr>
          <w:rFonts w:ascii="Times New Roman" w:hAnsi="Times New Roman" w:cs="Times New Roman"/>
          <w:sz w:val="28"/>
          <w:szCs w:val="28"/>
        </w:rPr>
        <w:t>;</w:t>
      </w:r>
    </w:p>
    <w:p w14:paraId="72585451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сохранять тайну авторства;</w:t>
      </w:r>
    </w:p>
    <w:p w14:paraId="41A78D67" w14:textId="559B4FB3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не подписывать подготовленный им материал (сообщение) если, по его мнению, он искажен в процессе</w:t>
      </w:r>
      <w:r w:rsidR="0044026F" w:rsidRPr="005840BE">
        <w:rPr>
          <w:rFonts w:ascii="Times New Roman" w:hAnsi="Times New Roman" w:cs="Times New Roman"/>
          <w:sz w:val="28"/>
          <w:szCs w:val="28"/>
        </w:rPr>
        <w:t xml:space="preserve"> редактирования</w:t>
      </w:r>
      <w:r w:rsidRPr="005840BE">
        <w:rPr>
          <w:rFonts w:ascii="Times New Roman" w:hAnsi="Times New Roman" w:cs="Times New Roman"/>
          <w:sz w:val="28"/>
          <w:szCs w:val="28"/>
        </w:rPr>
        <w:t>, или требовать снятия его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Pr="005840BE">
        <w:rPr>
          <w:rFonts w:ascii="Times New Roman" w:hAnsi="Times New Roman" w:cs="Times New Roman"/>
          <w:sz w:val="28"/>
          <w:szCs w:val="28"/>
        </w:rPr>
        <w:t>с печати (эфира) или из интернет-издания.</w:t>
      </w:r>
    </w:p>
    <w:p w14:paraId="53E88A80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Не допускается использование прав журналиста в целях сокрытия или фальсификации общественно-значимых сведений, распространения слухов под видом достоверных сообщений.</w:t>
      </w:r>
    </w:p>
    <w:p w14:paraId="1B16216D" w14:textId="0FBCDBD5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23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. При осуществлении профессиональной деятельности представители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 обязаны:</w:t>
      </w:r>
    </w:p>
    <w:p w14:paraId="3B0D0CAB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соблюдать законодательство Кыргызской Республики, международные договора и этические нормы;</w:t>
      </w:r>
    </w:p>
    <w:p w14:paraId="7EABCD31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предоставлять достоверную информацию;</w:t>
      </w:r>
    </w:p>
    <w:p w14:paraId="1FEBBF2C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не злоупотреблять правами журналиста, не искажать информацию, не распространять слухи под видом фактов;</w:t>
      </w:r>
    </w:p>
    <w:p w14:paraId="3211C3E4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- не допускать публикаций, основанных на заведомо ложных сведениях и наносящих ущерб чести, достоинству или деловой репутации кандидатов, политических партий и иных участников выборов. </w:t>
      </w:r>
    </w:p>
    <w:p w14:paraId="6E94D18D" w14:textId="702C24C9" w:rsidR="00F25648" w:rsidRPr="005840BE" w:rsidRDefault="005863C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СМИ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, допустившие такие публикации, по требованию кандидата, политической партии обязаны опубликовать опровержение </w:t>
      </w:r>
      <w:r w:rsidR="00B25BB1" w:rsidRPr="005840BE">
        <w:rPr>
          <w:rFonts w:ascii="Times New Roman" w:hAnsi="Times New Roman" w:cs="Times New Roman"/>
          <w:sz w:val="28"/>
          <w:szCs w:val="28"/>
        </w:rPr>
        <w:t>либо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 дать разъяснение на статью, публикацию или выступление, не соответствующие действительности или искажающие ее</w:t>
      </w:r>
      <w:r w:rsidR="00B25BB1" w:rsidRPr="005840BE">
        <w:rPr>
          <w:rFonts w:ascii="Times New Roman" w:hAnsi="Times New Roman" w:cs="Times New Roman"/>
          <w:sz w:val="28"/>
          <w:szCs w:val="28"/>
        </w:rPr>
        <w:t>,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законодательством.</w:t>
      </w:r>
    </w:p>
    <w:p w14:paraId="5E37F240" w14:textId="46616763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lastRenderedPageBreak/>
        <w:t>24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. Представитель (журналист) аккредитованного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 не может использовать аудио- и видеозаписывающие устройства без согласия источника информации или автора.</w:t>
      </w:r>
    </w:p>
    <w:p w14:paraId="23556DF9" w14:textId="082E7CB0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25</w:t>
      </w:r>
      <w:r w:rsidR="00F25648" w:rsidRPr="005840BE">
        <w:rPr>
          <w:rFonts w:ascii="Times New Roman" w:hAnsi="Times New Roman" w:cs="Times New Roman"/>
          <w:sz w:val="28"/>
          <w:szCs w:val="28"/>
        </w:rPr>
        <w:t>. Профессиональные права, честь и достоинс</w:t>
      </w:r>
      <w:r w:rsidR="005863C8" w:rsidRPr="005840BE">
        <w:rPr>
          <w:rFonts w:ascii="Times New Roman" w:hAnsi="Times New Roman" w:cs="Times New Roman"/>
          <w:sz w:val="28"/>
          <w:szCs w:val="28"/>
        </w:rPr>
        <w:t>тво представителя (журналиста) СМИ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 охраняются законом.</w:t>
      </w:r>
    </w:p>
    <w:p w14:paraId="1F68B271" w14:textId="2D639952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26</w:t>
      </w:r>
      <w:r w:rsidR="00F25648" w:rsidRPr="005840BE">
        <w:rPr>
          <w:rFonts w:ascii="Times New Roman" w:hAnsi="Times New Roman" w:cs="Times New Roman"/>
          <w:sz w:val="28"/>
          <w:szCs w:val="28"/>
        </w:rPr>
        <w:t>. Должностные лица государственных органов, органов местного самоуправления, общественных объединений, предприятий, учреждений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="00F25648" w:rsidRPr="005840BE">
        <w:rPr>
          <w:rFonts w:ascii="Times New Roman" w:hAnsi="Times New Roman" w:cs="Times New Roman"/>
          <w:sz w:val="28"/>
          <w:szCs w:val="28"/>
        </w:rPr>
        <w:t>и организаций несут ответственность за:</w:t>
      </w:r>
    </w:p>
    <w:p w14:paraId="0E924962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осуществление цензуры;</w:t>
      </w:r>
    </w:p>
    <w:p w14:paraId="1D15EE26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воспрепятствование законной профессиональной деятельности журналиста;</w:t>
      </w:r>
    </w:p>
    <w:p w14:paraId="6D5DEE76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оказание давления на журналиста, вмешательство в его профессиональную деятельность;</w:t>
      </w:r>
    </w:p>
    <w:p w14:paraId="479209B8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незаконное изъятие материалов и необходимых технических средств журналиста;</w:t>
      </w:r>
    </w:p>
    <w:p w14:paraId="488BC491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предоставление недостоверной и необъективной информации журналисту.</w:t>
      </w:r>
    </w:p>
    <w:p w14:paraId="3500B7A8" w14:textId="008F8AF1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27</w:t>
      </w:r>
      <w:r w:rsidR="00F25648" w:rsidRPr="005840BE">
        <w:rPr>
          <w:rFonts w:ascii="Times New Roman" w:hAnsi="Times New Roman" w:cs="Times New Roman"/>
          <w:sz w:val="28"/>
          <w:szCs w:val="28"/>
        </w:rPr>
        <w:t>. Нарушение прав журналиста, установленных законодательством, оскорбление его чести и достоинства, угроза, насилие или посягательство на жизнь, здоровье и имущество журналиста в связи с осуществлением им профессиональной деятельности влекут ответственность в соответствии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="00F25648" w:rsidRPr="005840BE">
        <w:rPr>
          <w:rFonts w:ascii="Times New Roman" w:hAnsi="Times New Roman" w:cs="Times New Roman"/>
          <w:sz w:val="28"/>
          <w:szCs w:val="28"/>
        </w:rPr>
        <w:t>с законодательством Кыргызской Республики.</w:t>
      </w:r>
    </w:p>
    <w:p w14:paraId="77927EB8" w14:textId="13EF8151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28</w:t>
      </w:r>
      <w:r w:rsidR="00F25648" w:rsidRPr="005840BE">
        <w:rPr>
          <w:rFonts w:ascii="Times New Roman" w:hAnsi="Times New Roman" w:cs="Times New Roman"/>
          <w:sz w:val="28"/>
          <w:szCs w:val="28"/>
        </w:rPr>
        <w:t>. Журналист не несет ответственность за распространение информации, которая содержится в официальных сообщениях.</w:t>
      </w:r>
    </w:p>
    <w:p w14:paraId="6C6981A8" w14:textId="77777777" w:rsidR="00C969C5" w:rsidRPr="005840BE" w:rsidRDefault="00C969C5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69FF209" w14:textId="460B0285" w:rsidR="00C969C5" w:rsidRPr="005840BE" w:rsidRDefault="00F25648" w:rsidP="009E2A4B">
      <w:pPr>
        <w:pStyle w:val="tkZagolovok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bookmarkStart w:id="2" w:name="r_5"/>
      <w:bookmarkEnd w:id="2"/>
      <w:r w:rsidRPr="005840BE">
        <w:rPr>
          <w:rFonts w:ascii="Times New Roman" w:hAnsi="Times New Roman" w:cs="Times New Roman"/>
          <w:sz w:val="28"/>
          <w:szCs w:val="28"/>
        </w:rPr>
        <w:t xml:space="preserve">5. Ответственность аккредитованных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</w:p>
    <w:p w14:paraId="2F6C738C" w14:textId="77777777" w:rsidR="005863C8" w:rsidRPr="005840BE" w:rsidRDefault="005863C8" w:rsidP="009E2A4B">
      <w:pPr>
        <w:pStyle w:val="tkZagolovok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0A91C88F" w14:textId="1848BD88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29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. Аккредитованные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 и их представители несут ответственность за достоверность распространяемой информации в соответствии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="00F25648" w:rsidRPr="005840BE">
        <w:rPr>
          <w:rFonts w:ascii="Times New Roman" w:hAnsi="Times New Roman" w:cs="Times New Roman"/>
          <w:sz w:val="28"/>
          <w:szCs w:val="28"/>
        </w:rPr>
        <w:t>с законодательством Кыргызской Республики.</w:t>
      </w:r>
    </w:p>
    <w:p w14:paraId="15C7D471" w14:textId="0139E5AA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30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. Аккредитация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 и/или их представителя может быть отозвана:</w:t>
      </w:r>
    </w:p>
    <w:p w14:paraId="2E2DB943" w14:textId="439A3E05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- при увольнении представителя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151EC4" w:rsidRPr="005840BE">
        <w:rPr>
          <w:rFonts w:ascii="Times New Roman" w:hAnsi="Times New Roman" w:cs="Times New Roman"/>
          <w:sz w:val="28"/>
          <w:szCs w:val="28"/>
        </w:rPr>
        <w:t xml:space="preserve"> из редакции</w:t>
      </w:r>
      <w:r w:rsidRPr="005840BE">
        <w:rPr>
          <w:rFonts w:ascii="Times New Roman" w:hAnsi="Times New Roman" w:cs="Times New Roman"/>
          <w:sz w:val="28"/>
          <w:szCs w:val="28"/>
        </w:rPr>
        <w:t xml:space="preserve"> (в этом случае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Pr="005840BE">
        <w:rPr>
          <w:rFonts w:ascii="Times New Roman" w:hAnsi="Times New Roman" w:cs="Times New Roman"/>
          <w:sz w:val="28"/>
          <w:szCs w:val="28"/>
        </w:rPr>
        <w:t xml:space="preserve"> вправе аккредитовать другого представителя);</w:t>
      </w:r>
    </w:p>
    <w:p w14:paraId="2B28FA63" w14:textId="6CAF52D9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- при прекращении или приостановлении деятельности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Pr="005840BE">
        <w:rPr>
          <w:rFonts w:ascii="Times New Roman" w:hAnsi="Times New Roman" w:cs="Times New Roman"/>
          <w:sz w:val="28"/>
          <w:szCs w:val="28"/>
        </w:rPr>
        <w:t>;</w:t>
      </w:r>
    </w:p>
    <w:p w14:paraId="5E1A6089" w14:textId="77777777" w:rsidR="00F25648" w:rsidRPr="005840BE" w:rsidRDefault="00F25648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- в случае нарушения требований законодательства Кыргызской Республики и настоящего Положения.</w:t>
      </w:r>
    </w:p>
    <w:p w14:paraId="34F646EE" w14:textId="555F6735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31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. Центральная избирательная комиссия вправе отозвать аккредитацию всех представителей отдельного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F25648" w:rsidRPr="005840BE">
        <w:rPr>
          <w:rFonts w:ascii="Times New Roman" w:hAnsi="Times New Roman" w:cs="Times New Roman"/>
          <w:sz w:val="28"/>
          <w:szCs w:val="28"/>
        </w:rPr>
        <w:t xml:space="preserve"> в случае неоднократного нарушения ими законодательства Кыргызской Республики и требований настоящего Положения.</w:t>
      </w:r>
    </w:p>
    <w:p w14:paraId="670BE629" w14:textId="7D5C6854" w:rsidR="00F25648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lastRenderedPageBreak/>
        <w:t>32</w:t>
      </w:r>
      <w:r w:rsidR="00F25648" w:rsidRPr="005840BE">
        <w:rPr>
          <w:rFonts w:ascii="Times New Roman" w:hAnsi="Times New Roman" w:cs="Times New Roman"/>
          <w:sz w:val="28"/>
          <w:szCs w:val="28"/>
        </w:rPr>
        <w:t>. Решение об отзыве аккредитации принимается Центральной избирательной комиссией на основаниях, установленных соответствующим законом.</w:t>
      </w:r>
    </w:p>
    <w:p w14:paraId="6114FB3D" w14:textId="77777777" w:rsidR="00C969C5" w:rsidRPr="005840BE" w:rsidRDefault="00C969C5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4E899A98" w14:textId="4F61E55B" w:rsidR="009E39D3" w:rsidRPr="005840BE" w:rsidRDefault="009E39D3" w:rsidP="009E2A4B">
      <w:pPr>
        <w:pStyle w:val="tkZagolovok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 xml:space="preserve">6. Аккредитация иностранных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</w:p>
    <w:p w14:paraId="7CF7474C" w14:textId="77777777" w:rsidR="00C969C5" w:rsidRPr="005840BE" w:rsidRDefault="00C969C5" w:rsidP="009E2A4B">
      <w:pPr>
        <w:pStyle w:val="tkZagolovok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0FFCA20C" w14:textId="2997C8C4" w:rsidR="009E39D3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33</w:t>
      </w:r>
      <w:r w:rsidR="009E39D3" w:rsidRPr="005840BE">
        <w:rPr>
          <w:rFonts w:ascii="Times New Roman" w:hAnsi="Times New Roman" w:cs="Times New Roman"/>
          <w:sz w:val="28"/>
          <w:szCs w:val="28"/>
        </w:rPr>
        <w:t xml:space="preserve">. Корреспонденты иностранных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9E39D3" w:rsidRPr="005840BE">
        <w:rPr>
          <w:rFonts w:ascii="Times New Roman" w:hAnsi="Times New Roman" w:cs="Times New Roman"/>
          <w:sz w:val="28"/>
          <w:szCs w:val="28"/>
        </w:rPr>
        <w:t xml:space="preserve"> для освещения хода подготовки и проведения выборов аккредитуются Центральной избирательной комиссией согласно заявке и при предъявлении свидетельства об аккредитации, выданного Министерством иностранных дел Кыргызской Республики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="009E39D3" w:rsidRPr="005840BE">
        <w:rPr>
          <w:rFonts w:ascii="Times New Roman" w:hAnsi="Times New Roman" w:cs="Times New Roman"/>
          <w:sz w:val="28"/>
          <w:szCs w:val="28"/>
        </w:rPr>
        <w:t>в соответств</w:t>
      </w:r>
      <w:r w:rsidR="00DE1FCB" w:rsidRPr="005840BE">
        <w:rPr>
          <w:rFonts w:ascii="Times New Roman" w:hAnsi="Times New Roman" w:cs="Times New Roman"/>
          <w:sz w:val="28"/>
          <w:szCs w:val="28"/>
        </w:rPr>
        <w:t xml:space="preserve">ии с Положением </w:t>
      </w:r>
      <w:r w:rsidR="009E39D3" w:rsidRPr="005840BE">
        <w:rPr>
          <w:rFonts w:ascii="Times New Roman" w:hAnsi="Times New Roman" w:cs="Times New Roman"/>
          <w:sz w:val="28"/>
          <w:szCs w:val="28"/>
        </w:rPr>
        <w:t>об аккредитации корреспондентов средств массовой информации иностранных государств на территории Кыргызской Республики, утвержденн</w:t>
      </w:r>
      <w:r w:rsidR="00DE1FCB" w:rsidRPr="005840BE">
        <w:rPr>
          <w:rFonts w:ascii="Times New Roman" w:hAnsi="Times New Roman" w:cs="Times New Roman"/>
          <w:sz w:val="28"/>
          <w:szCs w:val="28"/>
        </w:rPr>
        <w:t xml:space="preserve">ого постановлением </w:t>
      </w:r>
      <w:r w:rsidR="009E39D3" w:rsidRPr="005840BE">
        <w:rPr>
          <w:rFonts w:ascii="Times New Roman" w:hAnsi="Times New Roman" w:cs="Times New Roman"/>
          <w:sz w:val="28"/>
          <w:szCs w:val="28"/>
        </w:rPr>
        <w:t>Правительства Кыргызской Республики от 19 апреля 2000 года № 215.</w:t>
      </w:r>
    </w:p>
    <w:p w14:paraId="69E15E41" w14:textId="40D03E79" w:rsidR="009E39D3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34</w:t>
      </w:r>
      <w:r w:rsidR="009E39D3" w:rsidRPr="005840BE">
        <w:rPr>
          <w:rFonts w:ascii="Times New Roman" w:hAnsi="Times New Roman" w:cs="Times New Roman"/>
          <w:sz w:val="28"/>
          <w:szCs w:val="28"/>
        </w:rPr>
        <w:t xml:space="preserve">. Корреспонденты иностранных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9E39D3" w:rsidRPr="005840BE">
        <w:rPr>
          <w:rFonts w:ascii="Times New Roman" w:hAnsi="Times New Roman" w:cs="Times New Roman"/>
          <w:sz w:val="28"/>
          <w:szCs w:val="28"/>
        </w:rPr>
        <w:t>, принимающие участие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="009E39D3" w:rsidRPr="005840BE">
        <w:rPr>
          <w:rFonts w:ascii="Times New Roman" w:hAnsi="Times New Roman" w:cs="Times New Roman"/>
          <w:sz w:val="28"/>
          <w:szCs w:val="28"/>
        </w:rPr>
        <w:t xml:space="preserve">в информационном освещении подготовки и проведения выборов, действуют в соответствии с требованиями законодательства </w:t>
      </w:r>
      <w:r w:rsidR="000E0301" w:rsidRPr="005840BE">
        <w:rPr>
          <w:rFonts w:ascii="Times New Roman" w:hAnsi="Times New Roman" w:cs="Times New Roman"/>
          <w:sz w:val="28"/>
          <w:szCs w:val="28"/>
        </w:rPr>
        <w:t>Кыргызской Республики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="000E0301" w:rsidRPr="005840BE">
        <w:rPr>
          <w:rFonts w:ascii="Times New Roman" w:hAnsi="Times New Roman" w:cs="Times New Roman"/>
          <w:sz w:val="28"/>
          <w:szCs w:val="28"/>
        </w:rPr>
        <w:t xml:space="preserve">и </w:t>
      </w:r>
      <w:r w:rsidR="009E39D3" w:rsidRPr="005840BE">
        <w:rPr>
          <w:rFonts w:ascii="Times New Roman" w:hAnsi="Times New Roman" w:cs="Times New Roman"/>
          <w:sz w:val="28"/>
          <w:szCs w:val="28"/>
        </w:rPr>
        <w:t>настоящ</w:t>
      </w:r>
      <w:r w:rsidR="00F4799A" w:rsidRPr="005840BE">
        <w:rPr>
          <w:rFonts w:ascii="Times New Roman" w:hAnsi="Times New Roman" w:cs="Times New Roman"/>
          <w:sz w:val="28"/>
          <w:szCs w:val="28"/>
        </w:rPr>
        <w:t>его</w:t>
      </w:r>
      <w:r w:rsidR="009E39D3" w:rsidRPr="005840BE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F4799A" w:rsidRPr="005840BE">
        <w:rPr>
          <w:rFonts w:ascii="Times New Roman" w:hAnsi="Times New Roman" w:cs="Times New Roman"/>
          <w:sz w:val="28"/>
          <w:szCs w:val="28"/>
        </w:rPr>
        <w:t>я</w:t>
      </w:r>
      <w:r w:rsidR="009E39D3" w:rsidRPr="005840BE">
        <w:rPr>
          <w:rFonts w:ascii="Times New Roman" w:hAnsi="Times New Roman" w:cs="Times New Roman"/>
          <w:sz w:val="28"/>
          <w:szCs w:val="28"/>
        </w:rPr>
        <w:t>.</w:t>
      </w:r>
    </w:p>
    <w:p w14:paraId="05E9D0CA" w14:textId="73C40BF5" w:rsidR="009E39D3" w:rsidRPr="005840BE" w:rsidRDefault="00997490" w:rsidP="00C969C5">
      <w:pPr>
        <w:pStyle w:val="tkTekst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40BE">
        <w:rPr>
          <w:rFonts w:ascii="Times New Roman" w:hAnsi="Times New Roman" w:cs="Times New Roman"/>
          <w:sz w:val="28"/>
          <w:szCs w:val="28"/>
        </w:rPr>
        <w:t>35</w:t>
      </w:r>
      <w:r w:rsidR="009E39D3" w:rsidRPr="005840BE">
        <w:rPr>
          <w:rFonts w:ascii="Times New Roman" w:hAnsi="Times New Roman" w:cs="Times New Roman"/>
          <w:sz w:val="28"/>
          <w:szCs w:val="28"/>
        </w:rPr>
        <w:t xml:space="preserve">. Корреспонденты иностранных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9E39D3" w:rsidRPr="005840BE">
        <w:rPr>
          <w:rFonts w:ascii="Times New Roman" w:hAnsi="Times New Roman" w:cs="Times New Roman"/>
          <w:sz w:val="28"/>
          <w:szCs w:val="28"/>
        </w:rPr>
        <w:t xml:space="preserve"> наделяются правами</w:t>
      </w:r>
      <w:r w:rsidR="009E2975">
        <w:rPr>
          <w:rFonts w:ascii="Times New Roman" w:hAnsi="Times New Roman" w:cs="Times New Roman"/>
          <w:sz w:val="28"/>
          <w:szCs w:val="28"/>
        </w:rPr>
        <w:br/>
      </w:r>
      <w:r w:rsidR="009E39D3" w:rsidRPr="005840BE">
        <w:rPr>
          <w:rFonts w:ascii="Times New Roman" w:hAnsi="Times New Roman" w:cs="Times New Roman"/>
          <w:sz w:val="28"/>
          <w:szCs w:val="28"/>
        </w:rPr>
        <w:t xml:space="preserve">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</w:t>
      </w:r>
      <w:r w:rsidR="005863C8" w:rsidRPr="005840BE">
        <w:rPr>
          <w:rFonts w:ascii="Times New Roman" w:hAnsi="Times New Roman" w:cs="Times New Roman"/>
          <w:sz w:val="28"/>
          <w:szCs w:val="28"/>
        </w:rPr>
        <w:t>СМИ</w:t>
      </w:r>
      <w:r w:rsidR="009E39D3" w:rsidRPr="005840BE">
        <w:rPr>
          <w:rFonts w:ascii="Times New Roman" w:hAnsi="Times New Roman" w:cs="Times New Roman"/>
          <w:sz w:val="28"/>
          <w:szCs w:val="28"/>
        </w:rPr>
        <w:t xml:space="preserve"> устанавливаются законодательством Кыргызской Республики.</w:t>
      </w:r>
    </w:p>
    <w:p w14:paraId="75FB7B72" w14:textId="77777777" w:rsidR="00F25648" w:rsidRPr="005840BE" w:rsidRDefault="00F25648" w:rsidP="009E2A4B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25648" w:rsidRPr="005840BE" w:rsidSect="009E2975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CD0B5F"/>
    <w:multiLevelType w:val="multilevel"/>
    <w:tmpl w:val="C716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870AD3"/>
    <w:multiLevelType w:val="multilevel"/>
    <w:tmpl w:val="D2B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F91B9E"/>
    <w:multiLevelType w:val="hybridMultilevel"/>
    <w:tmpl w:val="17CC6F3A"/>
    <w:lvl w:ilvl="0" w:tplc="870440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F8209E"/>
    <w:multiLevelType w:val="multilevel"/>
    <w:tmpl w:val="ED7A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7D5DFC"/>
    <w:multiLevelType w:val="multilevel"/>
    <w:tmpl w:val="912E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143072"/>
    <w:multiLevelType w:val="multilevel"/>
    <w:tmpl w:val="9D92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731ACD"/>
    <w:multiLevelType w:val="multilevel"/>
    <w:tmpl w:val="AF94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BB08F8"/>
    <w:multiLevelType w:val="multilevel"/>
    <w:tmpl w:val="8AE6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851BAB"/>
    <w:multiLevelType w:val="multilevel"/>
    <w:tmpl w:val="663E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452E05"/>
    <w:multiLevelType w:val="multilevel"/>
    <w:tmpl w:val="3D60F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10A44"/>
    <w:multiLevelType w:val="multilevel"/>
    <w:tmpl w:val="0E36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5D29DA"/>
    <w:multiLevelType w:val="multilevel"/>
    <w:tmpl w:val="95AED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550FAD"/>
    <w:multiLevelType w:val="multilevel"/>
    <w:tmpl w:val="47504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5"/>
  </w:num>
  <w:num w:numId="12">
    <w:abstractNumId w:val="18"/>
  </w:num>
  <w:num w:numId="13">
    <w:abstractNumId w:val="13"/>
  </w:num>
  <w:num w:numId="14">
    <w:abstractNumId w:val="20"/>
  </w:num>
  <w:num w:numId="15">
    <w:abstractNumId w:val="14"/>
  </w:num>
  <w:num w:numId="16">
    <w:abstractNumId w:val="10"/>
  </w:num>
  <w:num w:numId="17">
    <w:abstractNumId w:val="19"/>
  </w:num>
  <w:num w:numId="18">
    <w:abstractNumId w:val="21"/>
  </w:num>
  <w:num w:numId="19">
    <w:abstractNumId w:val="12"/>
  </w:num>
  <w:num w:numId="20">
    <w:abstractNumId w:val="17"/>
  </w:num>
  <w:num w:numId="21">
    <w:abstractNumId w:val="16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7528"/>
    <w:rsid w:val="00034616"/>
    <w:rsid w:val="0006063C"/>
    <w:rsid w:val="0007200B"/>
    <w:rsid w:val="000901E4"/>
    <w:rsid w:val="000907DE"/>
    <w:rsid w:val="000E0301"/>
    <w:rsid w:val="000E62BB"/>
    <w:rsid w:val="00115768"/>
    <w:rsid w:val="0015074B"/>
    <w:rsid w:val="00151EC4"/>
    <w:rsid w:val="00154F37"/>
    <w:rsid w:val="0016757F"/>
    <w:rsid w:val="001B0375"/>
    <w:rsid w:val="001E60A8"/>
    <w:rsid w:val="00216E6C"/>
    <w:rsid w:val="00262636"/>
    <w:rsid w:val="002866EB"/>
    <w:rsid w:val="0029639D"/>
    <w:rsid w:val="002C667A"/>
    <w:rsid w:val="002E7692"/>
    <w:rsid w:val="00322CC5"/>
    <w:rsid w:val="003249FE"/>
    <w:rsid w:val="00326F90"/>
    <w:rsid w:val="00354D8A"/>
    <w:rsid w:val="003968C8"/>
    <w:rsid w:val="0039787F"/>
    <w:rsid w:val="00412216"/>
    <w:rsid w:val="0044026F"/>
    <w:rsid w:val="00441E3B"/>
    <w:rsid w:val="004A5728"/>
    <w:rsid w:val="004C6748"/>
    <w:rsid w:val="004D61D2"/>
    <w:rsid w:val="004E7189"/>
    <w:rsid w:val="00525A40"/>
    <w:rsid w:val="00550FCC"/>
    <w:rsid w:val="005648B2"/>
    <w:rsid w:val="005835D8"/>
    <w:rsid w:val="005840BE"/>
    <w:rsid w:val="005863C8"/>
    <w:rsid w:val="005C3F78"/>
    <w:rsid w:val="0060726C"/>
    <w:rsid w:val="00612B0F"/>
    <w:rsid w:val="00647672"/>
    <w:rsid w:val="00651662"/>
    <w:rsid w:val="006735F4"/>
    <w:rsid w:val="00676AAC"/>
    <w:rsid w:val="00685929"/>
    <w:rsid w:val="0069629E"/>
    <w:rsid w:val="006A44F6"/>
    <w:rsid w:val="006B6084"/>
    <w:rsid w:val="007354B0"/>
    <w:rsid w:val="00757F85"/>
    <w:rsid w:val="00793A0A"/>
    <w:rsid w:val="00793BE6"/>
    <w:rsid w:val="007B315D"/>
    <w:rsid w:val="007B69CC"/>
    <w:rsid w:val="007D1E18"/>
    <w:rsid w:val="008258E3"/>
    <w:rsid w:val="00863AC2"/>
    <w:rsid w:val="00873619"/>
    <w:rsid w:val="00877480"/>
    <w:rsid w:val="00882464"/>
    <w:rsid w:val="00887CF3"/>
    <w:rsid w:val="00895BC4"/>
    <w:rsid w:val="008B0463"/>
    <w:rsid w:val="008C7BF3"/>
    <w:rsid w:val="008D04D8"/>
    <w:rsid w:val="008F258A"/>
    <w:rsid w:val="008F576B"/>
    <w:rsid w:val="00913EC8"/>
    <w:rsid w:val="009169BB"/>
    <w:rsid w:val="00932E61"/>
    <w:rsid w:val="00957314"/>
    <w:rsid w:val="00972620"/>
    <w:rsid w:val="00982D4E"/>
    <w:rsid w:val="00997490"/>
    <w:rsid w:val="009B3F05"/>
    <w:rsid w:val="009D0C9E"/>
    <w:rsid w:val="009D32C6"/>
    <w:rsid w:val="009E2975"/>
    <w:rsid w:val="009E2A4B"/>
    <w:rsid w:val="009E39D3"/>
    <w:rsid w:val="009E73FC"/>
    <w:rsid w:val="009F09B8"/>
    <w:rsid w:val="009F3330"/>
    <w:rsid w:val="00AA1D8D"/>
    <w:rsid w:val="00AC1B22"/>
    <w:rsid w:val="00AD598F"/>
    <w:rsid w:val="00B034FD"/>
    <w:rsid w:val="00B25BB1"/>
    <w:rsid w:val="00B336A4"/>
    <w:rsid w:val="00B47730"/>
    <w:rsid w:val="00B47DC0"/>
    <w:rsid w:val="00BA4832"/>
    <w:rsid w:val="00BC1FFE"/>
    <w:rsid w:val="00C12E48"/>
    <w:rsid w:val="00C327BB"/>
    <w:rsid w:val="00C36864"/>
    <w:rsid w:val="00C37068"/>
    <w:rsid w:val="00C969C5"/>
    <w:rsid w:val="00CB0664"/>
    <w:rsid w:val="00CB3B65"/>
    <w:rsid w:val="00CB6ADB"/>
    <w:rsid w:val="00CC4E4A"/>
    <w:rsid w:val="00D22E12"/>
    <w:rsid w:val="00D40ED4"/>
    <w:rsid w:val="00D55F12"/>
    <w:rsid w:val="00D81A8A"/>
    <w:rsid w:val="00DA09F3"/>
    <w:rsid w:val="00DA2329"/>
    <w:rsid w:val="00DE1FCB"/>
    <w:rsid w:val="00E258C4"/>
    <w:rsid w:val="00E5371F"/>
    <w:rsid w:val="00ED7EF1"/>
    <w:rsid w:val="00EE23C8"/>
    <w:rsid w:val="00EE69D9"/>
    <w:rsid w:val="00F16B06"/>
    <w:rsid w:val="00F25648"/>
    <w:rsid w:val="00F32205"/>
    <w:rsid w:val="00F349FD"/>
    <w:rsid w:val="00F42EAA"/>
    <w:rsid w:val="00F4799A"/>
    <w:rsid w:val="00F51793"/>
    <w:rsid w:val="00F541E3"/>
    <w:rsid w:val="00F559B7"/>
    <w:rsid w:val="00F83D33"/>
    <w:rsid w:val="00F92C88"/>
    <w:rsid w:val="00FA43DA"/>
    <w:rsid w:val="00FC693F"/>
    <w:rsid w:val="00FF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456340"/>
  <w14:defaultImageDpi w14:val="300"/>
  <w15:docId w15:val="{C3B6E0F3-3213-40B0-8162-A89DF756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793A0A"/>
    <w:rPr>
      <w:color w:val="0000FF"/>
      <w:u w:val="single"/>
    </w:rPr>
  </w:style>
  <w:style w:type="paragraph" w:customStyle="1" w:styleId="tkTekst">
    <w:name w:val="_Текст обычный (tkTekst)"/>
    <w:basedOn w:val="a1"/>
    <w:rsid w:val="00793A0A"/>
    <w:pPr>
      <w:spacing w:after="60"/>
      <w:ind w:firstLine="567"/>
      <w:jc w:val="both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tkZagolovok2">
    <w:name w:val="_Заголовок Раздел (tkZagolovok2)"/>
    <w:basedOn w:val="a1"/>
    <w:rsid w:val="00793A0A"/>
    <w:pPr>
      <w:spacing w:before="200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paragraph" w:styleId="aff9">
    <w:name w:val="Balloon Text"/>
    <w:basedOn w:val="a1"/>
    <w:link w:val="affa"/>
    <w:uiPriority w:val="99"/>
    <w:semiHidden/>
    <w:unhideWhenUsed/>
    <w:rsid w:val="002C6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2C6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695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4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028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oktom://db/10608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toktom://db/106136" TargetMode="External"/><Relationship Id="rId12" Type="http://schemas.openxmlformats.org/officeDocument/2006/relationships/hyperlink" Target="toktom://db/18218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oktom://db/167637" TargetMode="External"/><Relationship Id="rId11" Type="http://schemas.openxmlformats.org/officeDocument/2006/relationships/hyperlink" Target="toktom://db/295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oktom://db/194282" TargetMode="External"/><Relationship Id="rId4" Type="http://schemas.openxmlformats.org/officeDocument/2006/relationships/settings" Target="settings.xml"/><Relationship Id="rId9" Type="http://schemas.openxmlformats.org/officeDocument/2006/relationships/hyperlink" Target="toktom://db/1067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09729F-5700-4155-936B-5FD974511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2415</Words>
  <Characters>13770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cp:lastPrinted>2026-09-23T11:21:00Z</cp:lastPrinted>
  <dcterms:created xsi:type="dcterms:W3CDTF">2026-09-23T11:21:00Z</dcterms:created>
  <dcterms:modified xsi:type="dcterms:W3CDTF">2026-09-26T12:04:00Z</dcterms:modified>
  <cp:category/>
</cp:coreProperties>
</file>